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学信网的学历证书电子注册备案表没有显示本人照片，怎么办？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2026-01-23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https://eea.gd.gov.cn/dawenku/qtwt/content/post_4847298.html</w:t>
        </w:r>
      </w:hyperlink>
    </w:p>
    <w:p/>
    <w:p>
      <w:r>
        <w:t>考生可携带本人身份证、毕业证复印件、学历证书电子注册备案表，前往地市考办办理补照片的相关手续。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84729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