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深圳市召开2024年高考报名暨体检工作视频会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https://szeb.sz.gov.cn/szzkw/zkgg/gkxx/content/post_10923507.html</w:t>
        </w:r>
      </w:hyperlink>
    </w:p>
    <w:p/>
    <w:p>
      <w:r>
        <w:t>按照广东省招生考试委员会的工作安排，2024年广东省普通高校招生考试报名将于2023年11月1日至10日进行。为做好我市高考报名和体检工作，10月27日，市招考办召开2024年全市普通高校招生考试报名工作培训视频会议。</w:t>
      </w:r>
    </w:p>
    <w:p>
      <w:r>
        <w:t>会上，市招考办肖伟峰主任传达省招委会关于高考报名工作的要求，并结合我市实际情况，对2024年我市高考报名和高考体检工作做部署。会议从四个方面对报名相关工作进行了安排，明确重点环节、重点任务，提出进一步做好高考报名相关工作的具体措施。一是加强对报名工作的组织领导。高考报名是高考工作的第一环，开好局十分关键。今年我市新增15个高考报名点，要求各区、各报名点要把高考报名工作作为一把手工程，成立高考报名工作领导小组，主要负责同志要亲自把关，切实把报名工作做实做细。二是严格报名资格审查。高考报名信息采集和资格审查是实现高考公平、公正的基础和前提。要求各区、各报名点要准确掌握报名政策和审核标准，严格按照省、市的报名文件要求，认真做好报名数据采集工作，重点加强各类特殊考生的报考资格核查。三是加强高考政策解读和宣传。2024年的高考报名条件大致与去年相同，但也出现了一些新变化、新要求，要求各区、各报名点要进一步加强对报名政策的学习，耐心解答考生和家长的咨询，及时解决报名过程中遇到的困难。四是关爱考生，做好高考体检工作。2024年高考体检时间为高考报名后至2024年2月中旬，要求各区、各学校同对口体检医院做好对接，安排好辖区内各高中学校的体检时间，在规定时间内积极协调有体检需求的考生。</w:t>
      </w:r>
    </w:p>
    <w:p>
      <w:r>
        <w:t>市招考办相关负责同志在市教育考试指挥中心主会场参会，各区教育行政部门分管负责同志、各学校高考报名工作负责同志、信息技术人员等在区、校分会场参加会议。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9235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