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https://szeb.sz.gov.cn/szzkw/zkcx/zxks/zkzy/bkcc/content/post_8949106.html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37d8246241075ed45c8a3fb7a484ccc30bc9d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37d8246241075ed45c8a3fb7a484ccc30bc9d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0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