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关于打印深圳市2022年1月自学考试补考准考证的通知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https://szeb.sz.gov.cn/szzkw/zkgg/zkxx1/content/post_9901155.html</w:t>
        </w:r>
      </w:hyperlink>
    </w:p>
    <w:p/>
    <w:p>
      <w:r>
        <w:t>各有关考生：</w:t>
      </w:r>
    </w:p>
    <w:p>
      <w:r>
        <w:t>根据广东省教育考试院安排，我市2022年1月自学考试补考将于7月9日至10日举行。现将本次考试准考证打印有关事项通知如下：</w:t>
      </w:r>
    </w:p>
    <w:p>
      <w:r>
        <w:t>一、打印准考证时间:6月27日上午10时至29日下午5时前。考生须在规定时间内登录广东省自学考试管理系统打印，时间截止后将不再开通打印功能。请考生提前打印准考证，做好应考准备。</w:t>
      </w:r>
    </w:p>
    <w:p>
      <w:r>
        <w:t>二、准考证用普通A4纸打印，严禁伪造、变造或擅自涂改，严禁在准考证正反面做任何标记。</w:t>
      </w:r>
    </w:p>
    <w:p>
      <w:r>
        <w:t>三、准考证上将载明考生参加当次各科考试的座位信息，考生可根据准考证上公布的考点信息提前准确查询考试地点，了解到达考点的交通路线。</w:t>
      </w:r>
    </w:p>
    <w:p>
      <w:r>
        <w:t>四、对于自行打印准考证有困难的考生可到市招考办现场打印（地址：罗湖区泥岗西路1068号一楼招考服务大厅，联系电话：82181999）。</w:t>
      </w:r>
    </w:p>
    <w:p>
      <w:r>
        <w:t>深圳市招生考试办公室</w:t>
      </w:r>
    </w:p>
    <w:p>
      <w:r>
        <w:t>2022年6月22日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011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