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我省2025年普通高考英语听说考试于3月1日至2日进行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2025-02-20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https://eea.gd.gov.cn/ptgk/content/post_4670088.html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https://eea.gd.gov.cn/news/content/post_4670418.html</w:t>
        </w:r>
      </w:hyperlink>
    </w:p>
    <w:p/>
    <w:p>
      <w:r>
        <w:t>我省2025年普通高考英语听说考试安排在3月1日至2日上、下午共4个时段进行。具体由各市、县（市、区）根据当地考生人数进行安排。</w:t>
      </w:r>
    </w:p>
    <w:p>
      <w:r>
        <w:t>2月25日起，考生可登录广东省普通高考报名系统（网址：http://pg.eeagd.edu.cn/ks）自行打印英语听说考试准考证，各市也可根据实际情况安排中学统一打印后发给考生。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70088.html" TargetMode="External"/><Relationship Id="rId11" Type="http://schemas.openxmlformats.org/officeDocument/2006/relationships/hyperlink" Target="https://eea.gd.gov.cn/news/content/post_467041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