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关于2022年全国联招入学考试广州考区考点安排的通知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https://eea.gd.gov.cn/lhzs/content/post_3927477.html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https://eea.gd.gov.cn/tzgg/content/post_3927476.html</w:t>
        </w:r>
      </w:hyperlink>
    </w:p>
    <w:p/>
    <w:p>
      <w:r>
        <w:t>2022年全国联招入学考试将于5月21—22日进行，本次考试广州考区设立2个考点，具体安排如下：</w:t>
      </w:r>
    </w:p>
    <w:p>
      <w:r>
        <w:t>1.香港、华侨考生安排在暨南大学（广州石牌校区）考点考试，地址：广州市天河区黄埔大道西601号（具体位置见图1）。</w:t>
      </w:r>
    </w:p>
    <w:p>
      <w:r>
        <w:t>2.澳门、台湾考生安排在广东技术师范大学（东校区）考点考试，地址：广州市天河区中山大道西293号（具体位置见图2）。</w:t>
      </w:r>
    </w:p>
    <w:p>
      <w:r>
        <w:t>3.广州考区考生均须按《2022年全国联招（广州考区）考生须知》（5月6日已发布在报名网站首页）要求做好防疫和考试事宜。考场安排和座位信息详见准考证。</w:t>
      </w:r>
    </w:p>
    <w:p>
      <w:r>
        <w:t>4.联系方式：暨南大学020-85227073，广东技术师范大学020-38265603。</w:t>
      </w:r>
    </w:p>
    <w:p>
      <w:r>
        <w:t>联合招生办公室</w:t>
      </w:r>
    </w:p>
    <w:p>
      <w:r>
        <w:t>2022年5月10日</w:t>
      </w:r>
    </w:p>
    <w:p>
      <w:r>
        <w:t>图1</w:t>
      </w:r>
    </w:p>
    <w:p>
      <w:r>
        <w:t>暨南大学（广州石牌校区）地图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1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53b49baa91fcc615aa5c48f017a5acf54808f5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165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53b49baa91fcc615aa5c48f017a5acf54808f5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6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图2</w:t>
      </w:r>
    </w:p>
    <w:p>
      <w:r>
        <w:t>广东技术师范大学（东校区）地图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1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cf7bb67c691433bb37bdc90c38702b45036122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39013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cf7bb67c691433bb37bdc90c38702b45036122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90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相关链接：2022年全国联招考试(广州考区)考生须知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2022年全国联招考试(广州考区)考生须知</w:t>
        </w:r>
      </w:hyperlink>
    </w:p>
    <w:p>
      <w:r>
        <w:t>https://mp.weixin.qq.com/s/QjIEnCDgai84mNHZExKGVg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3927477.html" TargetMode="External"/><Relationship Id="rId11" Type="http://schemas.openxmlformats.org/officeDocument/2006/relationships/hyperlink" Target="https://eea.gd.gov.cn/tzgg/content/post_3927476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hyperlink" Target="https://mp.weixin.qq.com/s/QjIEnCDgai84mNHZExKGV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