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https://szeb.sz.gov.cn/szzkw/zkcx/zxks/zkzy/zkcc/content/post_8949024.html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52c305cb1ef07daca687f2c198984abff71bbd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52c305cb1ef07daca687f2c198984abff71bbd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2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