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广东省教育考试院2024年考试招生工作总结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数据说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https://eea.gd.gov.cn/zwgk/sjfb/sjs/content/post_4690302.html</w:t>
        </w:r>
      </w:hyperlink>
    </w:p>
    <w:p/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74062438b70fee91a684d5ffd5b6f002471b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74062438b70fee91a684d5ffd5b6f002471b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74062438b70fee91a684d5ffd5b6f002471b7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74062438b70fee91a684d5ffd5b6f002471b7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617677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074062438b70fee91a684d5ffd5b6f002471b7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7677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sjs/content/post_469030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