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2020年深圳市中考英语听说考试考生注意事项温馨提醒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2020-06-23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https://szeb.sz.gov.cn/szzkw/zkgg/zkxx/content/post_8946099.html</w:t>
        </w:r>
      </w:hyperlink>
    </w:p>
    <w:p/>
    <w:p>
      <w:r>
        <w:t>2020年深圳市中考英语听说考试将于6月26日至27日举行。根据考务工作要求，市招考办温馨提示考生注意以下事项：</w:t>
      </w:r>
    </w:p>
    <w:p>
      <w:r>
        <w:t>一、做好个人健康监测，备齐考试防疫材料</w:t>
      </w:r>
    </w:p>
    <w:p>
      <w:r>
        <w:t>（一）关注自身健康码状态</w:t>
      </w:r>
    </w:p>
    <w:p>
      <w:r>
        <w:t>请考生每天关注自身健康码状态，如出现健康码为红码的情况，须提供考前7天内核酸检测阴性证明方能参加考试。</w:t>
      </w:r>
    </w:p>
    <w:p>
      <w:r>
        <w:t>根据考务要求，所有考生须于考前14天注册“深i您”健康码信息，未注册“深i您”健康码信息的考生不予发放准考证，不得参加考试。</w:t>
      </w:r>
    </w:p>
    <w:p>
      <w:r>
        <w:t>（二）做好每日健康监测</w:t>
      </w:r>
    </w:p>
    <w:p>
      <w:r>
        <w:t>请考生继续做好每日健康监测，考前14天内从外地返深的考生及社会类考生须如实填写《深圳市2020年中考考生健康卡》。</w:t>
      </w:r>
    </w:p>
    <w:p>
      <w:r>
        <w:t>根据考务要求，考生应从6月12日起每日进行健康监测，深圳在校学生应配合学校做好健康监测。考前14天内从外地返深的考生及社会类考生根据每日监测结果填写《健康卡》，于考试当天交考点工作人员。</w:t>
      </w:r>
    </w:p>
    <w:p>
      <w:r>
        <w:t>（三）填写健康考试承诺书</w:t>
      </w:r>
    </w:p>
    <w:p>
      <w:r>
        <w:t>考生应在考前如实填写《深圳市2020年中考考生健康承诺书》，于考试当天交考点工作人员。</w:t>
      </w:r>
    </w:p>
    <w:p>
      <w:r>
        <w:t>（四）出现新冠肺炎疑似症状及时就医排查</w:t>
      </w:r>
    </w:p>
    <w:p>
      <w:r>
        <w:t>考前14天内出现发热、干咳、乏力、鼻塞、流涕、咽痛、腹泻等新冠肺炎疑似症状的人员，应立即报告所在学校（社会类考生向报名点报告）和区教育行政部门及市招考办，按规定及时就医排查，凭考前7天内核酸检测阴性证明，方可参加考试。</w:t>
      </w:r>
    </w:p>
    <w:p>
      <w:r>
        <w:t>（五）考试入场需提供的证件及材料</w:t>
      </w:r>
    </w:p>
    <w:p>
      <w:r>
        <w:t>考生身份证</w:t>
      </w:r>
    </w:p>
    <w:p>
      <w:r>
        <w:t>考生准考证</w:t>
      </w:r>
    </w:p>
    <w:p>
      <w:r>
        <w:t>健康承诺书</w:t>
      </w:r>
    </w:p>
    <w:p>
      <w:r>
        <w:t>考生健康卡（外地返深及社会类考生需提供）</w:t>
      </w:r>
    </w:p>
    <w:p>
      <w:r>
        <w:t>考前7天内核酸检测阴性证明（考前健康码为红码的考生、从国内中高风险地区返深的考生、从境外返深的考生、考前14天内出现疑似症状的考生需提供）</w:t>
      </w:r>
    </w:p>
    <w:p>
      <w:r>
        <w:t>二、关注考试最新要求，确保顺利应考</w:t>
      </w:r>
    </w:p>
    <w:p>
      <w:r>
        <w:t>（一）关注考试场次入场时间</w:t>
      </w:r>
    </w:p>
    <w:p>
      <w:r>
        <w:t>考前60分钟，考点组织考生，沿体温检测通道，分散有序入场，保证间隔。所有考生要求佩戴口罩，逐一检测体温，核查入场材料。今年考试进场时间较往年有所提前，上午第1场进入考点时间为7:30，下午第1场进入考点时间为13:30，其他场次相应调整，具体安排可咨询所在学校或社会报名点，进场时间在考生准考证上有明确标注。请考生务必关注入场时间，保证准时入场。</w:t>
      </w:r>
    </w:p>
    <w:p>
      <w:r>
        <w:t>（二）赴考途中做好个人卫生防护</w:t>
      </w:r>
    </w:p>
    <w:p>
      <w:r>
        <w:t>考生赴考点出行时提前准备好口罩（一次性使用医用口罩或医用外科口罩）、手套、纸巾、速干手消毒剂等防护物资。如考生乘坐私家车、步行、骑自行车赴考点途中，可不必佩戴口罩。如考生乘坐出租车或网约车赴考点，提前预约车辆，乘坐时在后排落座并全程佩戴口罩，下车后应及时做好手卫生。如考生乘坐公共交通工具赴考点，全程佩戴口罩，可佩戴一次性手套，并做好手卫生。途中尽量避免用手接触其他物品，与周围乘客尽可能保持安全距离。如考生乘坐班车赴考点，宜全程佩戴口罩，保持开窗通风、分散就座，途中避免在车上饮食和用手接触其他物品，下车后做好手卫生。</w:t>
      </w:r>
    </w:p>
    <w:p>
      <w:r>
        <w:t>（三）服从考务安排，有序完成考试</w:t>
      </w:r>
    </w:p>
    <w:p>
      <w:r>
        <w:t>考生进入考点后，考点可根据疫情防控需要引导考生统一进行洗手清洁，再进入候考室、备考室进行违禁物品检查和进一步身份核验等工作。考生在候考室、备考室候考期间应佩戴口罩。</w:t>
      </w:r>
    </w:p>
    <w:p>
      <w:r>
        <w:t>考生准备上机考试前，使用快速手消毒液消毒双手后，应直接进入考场考试，尽量避免再用手接触其他物品。</w:t>
      </w:r>
    </w:p>
    <w:p>
      <w:r>
        <w:t>是否佩戴口罩参加考试由考生自己决定。经检测，一次性医用口罩对录音影响不大。不建议佩戴N95（KN95）口罩。</w:t>
      </w:r>
    </w:p>
    <w:p>
      <w:r>
        <w:t>每场次考试结束后，考生须摘除使用过的麦克风防护罩和橡皮筋，戴口罩有序离开考场，使用过的麦克风防护罩和橡皮筋投进考场出口通道的垃圾桶，并及时洗手清洁。</w:t>
      </w:r>
    </w:p>
    <w:p>
      <w:r>
        <w:t>请考生在备考和考试期间保持规律作息，保证充足睡眠，注意饮食卫生和营养均衡，调节心态，以积极饱满的精神状态迎接考试，努力考出水平考出实力。</w:t>
      </w:r>
    </w:p>
    <w:p>
      <w:r>
        <w:t>预祝各位考生考试顺利！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9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