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中小学教师资格考试（笔试）报名时填写个人信息后提交不成功怎么办？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https://eea.gd.gov.cn/dawenku/ksbk/content/post_4073519.html</w:t>
        </w:r>
      </w:hyperlink>
    </w:p>
    <w:p/>
    <w:p>
      <w:r>
        <w:t>教师资格考试是教育部教育考试院组织的全国统一考试，报名系统及服务器维护由教育部教育考试院安排部署，考试期间报名人数众多，可能会造成网络拥堵，建议考生错峰报考。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0735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