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全国英语等级考试考生什么时候会被禁止入场考试？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https://eea.gd.gov.cn/dawenku/ksbk/content/post_4775571.html</w:t>
        </w:r>
      </w:hyperlink>
    </w:p>
    <w:p/>
    <w:p>
      <w:r>
        <w:t>考生须按规定的时间入场考试，笔试当天上午8:45后禁止考生进入考场，口试上午9:00后、下午2:00后禁止考生进入口试候考室。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7755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