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专科在读学生，能否用专科的成绩办理免考？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https://eea.gd.gov.cn/dawenku/qtwt/content/post_4655162.html</w:t>
        </w:r>
      </w:hyperlink>
    </w:p>
    <w:p/>
    <w:p>
      <w:r>
        <w:t>不能。根据有关规定，国家承认学历的各类高等学校及自学考试专科以上（含专科）的毕业生（及肄业生、退学生）报考自学考试，可申请免考已学过并考试成绩合格的有关课程。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6551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