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致2024年高考考生的一封信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https://eea.gd.gov.cn/news/content/post_4435670.html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https://eea.gd.gov.cn/ptgk/content/post_4435758.html</w:t>
        </w:r>
      </w:hyperlink>
    </w:p>
    <w:p/>
    <w:p>
      <w:r>
        <w:t>亲爱的高考考生们：</w:t>
      </w:r>
    </w:p>
    <w:p>
      <w:r>
        <w:t>击鼓催征，时不我待 ；奋楫扬帆，正当其时。漫漫求学路，光阴十二载。你们昼耕夜诵，含英咀华。在你们整装待发、奔赴高考的时刻，请收下我们的殷殷叮嘱与美好祝愿：</w:t>
      </w:r>
    </w:p>
    <w:p>
      <w:r>
        <w:t>一、周密准备，自信迎考。最快的脚步不是“冲刺”，而是“坚持”。倒计时阶段，请你查漏补缺、温故知新。科学安排复习时间，合理规划复习进度。请你备齐考试用品、妥善保管证件。牢记考试时间和考点考场信息，如有必要、提前踩点。请你适度锻炼、做好防护。一日三餐，养精蓄锐，心平气和，拒绝焦虑，以最佳姿态迎考。</w:t>
      </w:r>
    </w:p>
    <w:p>
      <w:r>
        <w:t>二、合理规划，从容赴考。高考恰逢端午节，龙舟雨水不得闲。请你未雨绸缪、随机应变。关注天气动态，留意预警信息。备好雨具用品，预防恶劣天气。妥当穿戴衣物，预防高温中暑。请你留足时间、按时入场。尤其注意：有听力的外语考试将在开考前15分钟禁止进入考场，其他科目在开考15分钟后禁止进入考点（封闭区）。请你服从指挥、有序安检。今年高考继续采用“2+1”入场安检模式，即考生进入考场须经过“2次金属探测仪+1次智能安检门”检测。为提高效率，请你切勿携带手机或具有无线通讯功能的手表等设备，考试无关的物品请提前交由带队老师保管，或交由考点统一存放。</w:t>
      </w:r>
    </w:p>
    <w:p>
      <w:r>
        <w:t>三、诚信守纪，沉着应考。正心诚意，将以有为。高考不仅是能力水平的检验，更是意志品质的考验。请你把握节奏、戒骄戒躁。仔细审读题目，认真严谨作答。考试结束前15分钟，考场会有提示音，如还未填涂答题卡，应抓紧时间填涂，并检查考号、姓名、试卷类型等重要信息是否遗漏。考试结束铃响后，应立即停笔，延迟作答将被取消成绩。考试结束后，请按指令有序离场，做好下一科目考试准备。请你心存敬畏、切莫侥幸。今年高考考场启用实时智能巡查系统，运用人工智能技术监控考试违规行为。携带手机等通讯工具、夹带资料参加考试将按作弊处理，将被取消高考各科成绩；拍摄高考试题、向考场外发送试题等严重作弊行为，还将处以停考处罚甚至追究刑事责任。请以平常之心对待非常之事，以青春之笔书写诚信答卷！</w:t>
      </w:r>
    </w:p>
    <w:p>
      <w:r>
        <w:t>赶考路上，有风有雨是常态，风雨无阻是心态，风雨兼程是状态。我们将与各有关部门密切配合、通力合作，及时发布信息，加强交通疏导，强化考点治安，完善医疗服务，以最高标准、最大力度为你们保驾护航！</w:t>
      </w:r>
    </w:p>
    <w:p>
      <w:r>
        <w:t>愿你们凯歌而行，不以山海为远；乘势而上，不以日月为限。看今朝，龙舟竞渡，鼓棹起中流；待明日，妙笔生花，夺得锦标归！</w:t>
      </w:r>
    </w:p>
    <w:p>
      <w:r>
        <w:t>广东省教育考试院</w:t>
      </w:r>
    </w:p>
    <w:p>
      <w:r>
        <w:t>2024年6月4日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35670.html" TargetMode="External"/><Relationship Id="rId11" Type="http://schemas.openxmlformats.org/officeDocument/2006/relationships/hyperlink" Target="https://eea.gd.gov.cn/ptgk/content/post_44357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