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12.15广以开放日：AI x 数学，激活科技的超维引擎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https://szeb.sz.gov.cn/szzkw/zkgg/gkxx/content/post_11833010.html</w:t>
        </w:r>
      </w:hyperlink>
    </w:p>
    <w:p/>
    <w:p>
      <w:pPr>
        <w:keepNext/>
      </w:pPr>
      <w:r>
        <w:t>原图分页 1/8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8/8</w:t>
      </w:r>
    </w:p>
    <w:p>
      <w:r>
        <w:drawing>
          <wp:inline xmlns:a="http://schemas.openxmlformats.org/drawingml/2006/main" xmlns:pic="http://schemas.openxmlformats.org/drawingml/2006/picture">
            <wp:extent cx="6400800" cy="474459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ddcaec2fa735af9efa0fa4f7e1c08f05dc0c1d-0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4459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83301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