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广东省教育考试院办公楼消防设施维修更新项目询价（成交）结果公告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https://eea.gd.gov.cn/zfcg/content/post_3974861.html</w:t>
        </w:r>
      </w:hyperlink>
    </w:p>
    <w:p/>
    <w:p>
      <w:r>
        <w:t>一、项目编号：YKY20220701037</w:t>
      </w:r>
    </w:p>
    <w:p>
      <w:r>
        <w:t>二、项目名称：广东省教育考试院办公楼消防设施维修更新项目</w:t>
      </w:r>
    </w:p>
    <w:p>
      <w:r>
        <w:t>三、中标（成交）信息</w:t>
      </w:r>
    </w:p>
    <w:p>
      <w:r>
        <w:t>供应商名称：广州天安消防工程有限公司</w:t>
      </w:r>
    </w:p>
    <w:p>
      <w:r>
        <w:t>供应商地址：广州市白云区永平街同泰路83号峻铭大厦五楼502房</w:t>
      </w:r>
    </w:p>
    <w:p>
      <w:r>
        <w:t>中标（成交）金额：¥39,440.00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服务范围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办公大楼部分消防设施维修及更换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五、服务收费标准及金额：无</w:t>
      </w:r>
    </w:p>
    <w:p>
      <w:r>
        <w:t>六、公告期限</w:t>
      </w:r>
    </w:p>
    <w:p>
      <w:r>
        <w:t>自本公告发布之日起1个工作日。</w:t>
      </w:r>
    </w:p>
    <w:p>
      <w:r>
        <w:t>七、其他补充事宜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广州天安消防工程有限公司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¥39,440.00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¥39,440.00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广州海恒机电工程有限公司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¥42,865.00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¥42,865.00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广东华海建设集团有限公司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¥52,394.00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¥52,394.00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柏基建设（广东）有限公司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¥53,540.07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¥53,540.07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广东华辉建设有限公司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¥55,066.35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¥55,066.35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</w:tbl>
    <w:p/>
    <w:p>
      <w:r>
        <w:t>八、凡对本次公告内容提出询问，请按以下方式联系。</w:t>
      </w:r>
    </w:p>
    <w:p>
      <w:r>
        <w:t>陈先生 电话：020-38627892</w:t>
      </w:r>
    </w:p>
    <w:p>
      <w:r>
        <w:t>发布人：广东省教育考试院办公室</w:t>
      </w:r>
    </w:p>
    <w:p>
      <w:r>
        <w:t>发布时间：2022年7月18日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39748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