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深圳市2023年高中阶段学校第二次划线录取标准公布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2023-08-04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https://szeb.sz.gov.cn/szzkw/zkgg/zkxx/content/post_10765721.html</w:t>
        </w:r>
      </w:hyperlink>
    </w:p>
    <w:p/>
    <w:p>
      <w:r>
        <w:t>深圳市2023年高中阶段学校第二次划线录取的录取标准现予以公布。</w:t>
      </w:r>
    </w:p>
    <w:p>
      <w:r>
        <w:t>录取标准（分数线）根据考生填报第二次划线录取志愿、录取计划、录取资格线、考生中考成绩等条件划定。</w:t>
      </w:r>
    </w:p>
    <w:p>
      <w:r>
        <w:t>第二次划线录取学校于8月4日下午进行网上录取。8月5日上午9点开始，考生可通过“深圳招考网”（https://szeb.sz.gov.cn/szzkw/）查询第二次划线录取结果和报到时间。凡按志愿录取的考生，不能退档，不能转录。如不按录取学校规定的时间报到注册，将被视为自愿放弃入学资格。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980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1816dc97979b39bce3a00bd43245bbf7d3b993a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98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655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1816dc97979b39bce3a00bd43245bbf7d3b993a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65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980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12fa61b943c7cb7c5ae2eea66f4da1f81c06a29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98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655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12fa61b943c7cb7c5ae2eea66f4da1f81c06a29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65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980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8a8b737ab7652d08c53c155deb2f6cdebbb4da4-00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98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655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8a8b737ab7652d08c53c155deb2f6cdebbb4da4-00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65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980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773fdaa1359d85678f7e9502ed2897e7b517788-000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98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6557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773fdaa1359d85678f7e9502ed2897e7b517788-00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65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2640432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57e406fea648c6deb62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6404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招生范围中：A类指具有深圳户籍的考生；C类指享受市政府优惠政策人员的子女；D类指除A、C类考生外，符合参加统一划线录取条件的考生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10765721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