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https://szeb.sz.gov.cn/szzkw/zkcx/zxks/zkzy/bkcc/content/post_8949122.html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9ddfd65692393b549ab4381b3e91a5f7278fe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19ddfd65692393b549ab4381b3e91a5f7278fe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