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广东省2018年成人高考高中起点专科（脱产）院校第一志愿投档情况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2018-12-05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https://eea.gd.gov.cn/tzgg/content/post_2220551.html</w:t>
        </w:r>
      </w:hyperlink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10"/>
        <w:gridCol w:w="1710"/>
        <w:gridCol w:w="1710"/>
        <w:gridCol w:w="1710"/>
        <w:gridCol w:w="1710"/>
        <w:gridCol w:w="1710"/>
        <w:gridCol w:w="1710"/>
        <w:gridCol w:w="1710"/>
      </w:tblGrid>
      <w:tr>
        <w:trPr>
          <w:tblHeader/>
        </w:trP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广东省2018年成人高考高中起点专科（脱产）院校第一志愿投档情况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理工类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院校名称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计划数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投档人数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投档分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缺档数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50083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陕西航天职工大学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50252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吉林省教育学院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50794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中钢集团衡阳重机职工大学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50798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衡阳工业职工大学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475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479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50826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广东省国防工业职工大学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354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50837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韶关市职工大学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306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279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27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50908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第五冶金建设公司职工大学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大连职工大学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51227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阜新煤炭职工医学专科学校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51243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吉林省经济管理干部学院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51310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益阳教育学院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51315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广东开放大学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51320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广东社会科学大学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51393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广州市广播电视大学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2085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239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51408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焦作职工医学院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文史类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院校名称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计划数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投档人数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投档分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缺档数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50252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吉林省教育学院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50826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广东省国防工业职工大学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355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286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69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50837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韶关市职工大学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50908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第五冶金建设公司职工大学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大连职工大学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51243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吉林省经济管理干部学院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51310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益阳教育学院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350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350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51315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广东开放大学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548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51320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广东社会科学大学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1932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1618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51393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广州市广播电视大学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982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765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217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外语类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院校名称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计划数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投档人数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投档分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缺档数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50252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吉林省教育学院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高起专脱产外语301组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50908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第五冶金建设公司职工大学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高起专脱产外语301组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大连职工大学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高起专脱产外语301组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51243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吉林省经济管理干部学院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高起专脱产外语301组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51310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益阳教育学院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高起专脱产外语301组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51320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广东社会科学大学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高起专脱产外语301组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艺术类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院校名称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计划数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投档人数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投档分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缺档数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50252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吉林省教育学院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高起专脱产艺术301组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大连职工大学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高起专脱产艺术301组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51393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广州市广播电视大学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高起专脱产艺术301组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736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655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81</w:t>
            </w:r>
          </w:p>
        </w:tc>
      </w:tr>
    </w:tbl>
    <w:p/>
    <w:sectPr w:rsidR="00FC693F" w:rsidRPr="0006063C" w:rsidSect="00034616">
      <w:footerReference w:type="default" r:id="rId9"/>
      <w:pgSz w:w="15840" w:h="122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222055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