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广东省2022年上半年中小学教师资格考试（笔试）报名补充通告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2022-01-19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https://szeb.sz.gov.cn/szzkw/zkgg/skxx/content/post_9529422.html</w:t>
        </w:r>
      </w:hyperlink>
    </w:p>
    <w:p/>
    <w:p>
      <w:r>
        <w:t>各位考生：</w:t>
      </w:r>
    </w:p>
    <w:p>
      <w:r>
        <w:t>根据教育部考试中心工作安排，2022年上半年中小学教师资格考试（笔试）报名开始时间由原计划1月14日延迟至1月24日，结合我省情况，现将有关事宜补充通告如下：</w:t>
      </w:r>
    </w:p>
    <w:p>
      <w:r>
        <w:t>一、时间安排</w:t>
      </w:r>
    </w:p>
    <w:p>
      <w:r>
        <w:t>报名时间：1月24日9:30至25日18:00</w:t>
      </w:r>
    </w:p>
    <w:p>
      <w:r>
        <w:t>审核截止时间：1月25日23：00</w:t>
      </w:r>
    </w:p>
    <w:p>
      <w:r>
        <w:t>网上缴费截止时间：1月26日24:00</w:t>
      </w:r>
    </w:p>
    <w:p>
      <w:r>
        <w:t>打印准考证时间：3月7日00:00至12日18:00</w:t>
      </w:r>
    </w:p>
    <w:p>
      <w:r>
        <w:t>二、特别提醒事项</w:t>
      </w:r>
    </w:p>
    <w:p>
      <w:r>
        <w:t>（一）考生提交报名后，可自行登录网报系统查验审核状态，各考区不另行通知。审核未通过的，须按照系统反馈的信息，执行后续操作。凡审核未通过且未在指定时间内再次提交报名申请的，视为放弃本次报名。</w:t>
      </w:r>
    </w:p>
    <w:p>
      <w:r>
        <w:t>（二）教师资格考试是教育部考试中心组织实施的全国统一考试，考试报名使用全国统一的报名系统，报名期间，为避免出现网络拥堵情况，考生可错峰登录，系统不限考位，请考生安心报考。</w:t>
      </w:r>
    </w:p>
    <w:p>
      <w:r>
        <w:t>三、除了上述事项外，其余以《广东省2022年上半年中小学教师资格考试笔试通告》为准。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5294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