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关于停考我省高等教育自学考试税收学等23个专业的通知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https://szeb.sz.gov.cn/szzkw/zkgg/zkxx1/content/post_9921740.html</w:t>
        </w:r>
      </w:hyperlink>
    </w:p>
    <w:p/>
    <w:p>
      <w:r>
        <w:t>文号 ：粤考委〔2022〕2号</w:t>
      </w:r>
    </w:p>
    <w:p>
      <w:r>
        <w:t>各地级以上市自学考试工作委员会，有关主考学校：</w:t>
      </w:r>
    </w:p>
    <w:p>
      <w:r>
        <w:t>根据全国高等教育自学考试指导委员会《关于停考&lt;高等学历继续教育补充目录&gt;有关专业的通知》（考委〔2022〕1号）精神，结合我省当前社会需求变化及专业实施情况，按照《高等教育自学考试专业设置实施细则》专业停考相关规定，决定停考我省高等教育自学考试税收学等23个专业，现将有关事项通知如下：</w:t>
      </w:r>
    </w:p>
    <w:p>
      <w:r>
        <w:t>一、停考专业</w:t>
      </w:r>
    </w:p>
    <w:p>
      <w:r>
        <w:t>本次停考税收学等23个专业，其中专科专业7个，本科专业16个，详见附件1。</w:t>
      </w:r>
    </w:p>
    <w:p>
      <w:r>
        <w:t>二、停考过渡期</w:t>
      </w:r>
    </w:p>
    <w:p>
      <w:r>
        <w:t>（一）自2022年10月考试起，停考专业不再接受新生报名；</w:t>
      </w:r>
    </w:p>
    <w:p>
      <w:r>
        <w:t>（二）过渡期内停考专业相关笔试课程将继续安排考试，安排至2025年4月；</w:t>
      </w:r>
    </w:p>
    <w:p>
      <w:r>
        <w:t>（三）实践性学习环节考核（含毕业论文，下同）安排至2025年10月；</w:t>
      </w:r>
    </w:p>
    <w:p>
      <w:r>
        <w:t>（四）毕业手续办理至2025年12月，2026年起停考专业不再受理毕业申请。</w:t>
      </w:r>
    </w:p>
    <w:p>
      <w:r>
        <w:t>三、相关要求</w:t>
      </w:r>
    </w:p>
    <w:p>
      <w:r>
        <w:t>（一）相关学校要切实履行主考学校职责，加强统筹，及时公布停考过渡期有关工作安排。要按照《广东省自学考试实践性学习环节考核管理办法》（粤考办〔2021〕19号）规定，安排好实践性学习环节考核等相关工作。</w:t>
      </w:r>
    </w:p>
    <w:p>
      <w:r>
        <w:t>（二）停考专业所涉考生，要密切关注广东省教育考试院官网（http://eea.gd.gov.cn/）公布的停考专业相关政策，同时要留意相关主考学校发布的实践性学习环节考核、学位申请等信息，合理安排自身学习、考试和毕业申请。</w:t>
      </w:r>
    </w:p>
    <w:p>
      <w:r>
        <w:t>（三）各地市自学考试办公室、有关主考学校要及时向社会公布停考专业相关信息，做好宣传、解释等工作。</w:t>
      </w:r>
    </w:p>
    <w:p>
      <w:r>
        <w:t>附件：广东省高等教育自学考试停考专业列表</w:t>
      </w:r>
    </w:p>
    <w:p>
      <w:r>
        <w:t>来源：广东省自学考试委员会</w:t>
      </w:r>
    </w:p>
    <w:p>
      <w:r>
        <w:drawing>
          <wp:inline xmlns:a="http://schemas.openxmlformats.org/drawingml/2006/main" xmlns:pic="http://schemas.openxmlformats.org/drawingml/2006/picture">
            <wp:extent cx="6400800" cy="67996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f3ca4dab8b212634dcd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79963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21740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