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2022年下半年全国中小学教师资格考试笔试（深圳考区）报名温馨提示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2022-09-06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https://szeb.sz.gov.cn/szzkw/zkgg/skxx/content/post_10085972.html</w:t>
        </w:r>
      </w:hyperlink>
    </w:p>
    <w:p/>
    <w:p>
      <w:r>
        <w:t>各有关考生：</w:t>
      </w:r>
    </w:p>
    <w:p>
      <w:r>
        <w:t>全国中小学教师资格考试笔试（深圳考区）报名即将结束，现仍有部分考生因未补充上传材料而一直处于“待审核”状态。根据广东省教育考试院和我办的报名公告，请审核状态仍显示为“待审核”的考生于9月6日17:00前登录“广东省中小学教师资格考试（笔试）上传材料平台”（网址：https://www.eeagd.edu.cn/jszgsh），上传相应户籍或居住证等相关材料，逾期未上传将视为自动放弃本次报名资格。上传材料的相关注意事项如下：</w:t>
      </w:r>
    </w:p>
    <w:p>
      <w:r>
        <w:t>1.首次登录省上传材料平台（以下简称“省平台”）的考生须点击“我要注册”进行信息注册。</w:t>
      </w:r>
    </w:p>
    <w:p>
      <w:r>
        <w:t>2.考生在省平台上传材料时，请务必注意拍摄清晰并准确上传需补充的材料，如上传三次仍无法成功核验，则本次报名不成功。</w:t>
      </w:r>
    </w:p>
    <w:p>
      <w:r>
        <w:t>3.考生如无法提供户口本或居住证原件，可登录“粤省事”小程序-点击“亮证”，下载电子版的户口本或深圳经济特区居住证，并上传至省平台。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08597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