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2020年10月广东省自学考试各专业开考课程考试时间安排表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https://szeb.sz.gov.cn/szzkw/zkcx/zxks/kkkcksap/content/post_8949602.html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>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月17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月18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  <w:br/>
              <w:t xml:space="preserve"> 税收学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020304</w:t>
              <w:br/>
              <w:t xml:space="preserve"> 投资学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07250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投资学原理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税收筹划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020401</w:t>
              <w:br/>
              <w:t xml:space="preserve"> 国际经济与贸易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广东工业大学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国际运输与保险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华南师范大学</w:t>
              <w:br/>
              <w:t xml:space="preserve"> （法律）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（法律）</w:t>
              <w:br/>
              <w:t>(仅接受非法律专科及以上申办毕业）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票据法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030302</w:t>
              <w:br/>
              <w:t xml:space="preserve"> 社会工作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西方社会学理论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040101</w:t>
              <w:br/>
              <w:t xml:space="preserve"> 教育学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现代教育技术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心理卫生与心理辅导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中外教育简史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德育原理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（美术教育）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（音乐教育）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040106</w:t>
              <w:br/>
              <w:t xml:space="preserve"> 学前教育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广东第二师范学院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学前教育科学研究与论文写作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学前儿童家庭教育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学前游戏论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学前比较教育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学前特殊儿童教育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学前儿童心理卫生与辅导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美育基础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学前教育诊断与咨询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040201</w:t>
              <w:br/>
              <w:t xml:space="preserve"> 体育教育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体育科研方法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唐诗宋词研究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民间文学概论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  <w:br/>
              <w:t xml:space="preserve"> 秘书学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英美报刊选读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050207</w:t>
              <w:br/>
              <w:t xml:space="preserve"> 日语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日语语言学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050262</w:t>
              <w:br/>
              <w:t xml:space="preserve"> 商务英语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★050301</w:t>
              <w:br/>
              <w:t xml:space="preserve"> 新闻学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新闻采访写作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新闻摄影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新闻评论写作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中外新闻作品研究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报纸编辑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050303</w:t>
              <w:br/>
              <w:t xml:space="preserve"> 广告学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平面广告设计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080202</w:t>
              <w:br/>
              <w:t xml:space="preserve"> 机械设计制造及其自动化（本科）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数控原理与数控技术运用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液压与气压传动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几何量公差与检测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  <w:br/>
              <w:t xml:space="preserve"> 汽车服务工程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汽车构造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  <w:br/>
              <w:t xml:space="preserve"> 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电力拖动自动控制系统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电力电子技术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检测与转换技术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工业自动化仪表与过程控制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传感器与检测技术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嵌入式LINUX系统开发与应用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嵌入式系统设计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ARM体系结构与编程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运筹学基础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080903</w:t>
              <w:br/>
              <w:t xml:space="preserve"> 网络工程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计算机网络安全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081001</w:t>
              <w:br/>
              <w:t xml:space="preserve"> 土木工程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物理(工)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混凝土结构设计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钢结构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工程地质及土力学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建筑结构试验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  <w:br/>
              <w:t xml:space="preserve"> 化学工程与工艺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化工原理（二）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石油化工工艺学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石油炼制工程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  <w:br/>
              <w:t xml:space="preserve"> 服装设计与工程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惠州学院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服装专业英语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服装商品检验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服装市场调查与分析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  <w:br/>
              <w:t xml:space="preserve"> 环境生态工程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固体废物管理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大气污染控制技术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★090401</w:t>
              <w:br/>
              <w:t xml:space="preserve"> 动物医学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家畜环境卫生学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兽医药理学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家畜病理解剖学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家畜外科学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家畜传染病学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畜牧兽医行政管理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100402</w:t>
              <w:br/>
              <w:t xml:space="preserve"> 食品卫生与营养学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食品化学与分析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微生物与食品微生物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实用卫生统计学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食品毒理学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健康教育与健康促进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新型食品概论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  <w:br/>
              <w:t xml:space="preserve"> 药学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101101</w:t>
              <w:br/>
              <w:t xml:space="preserve"> 护理学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精神障碍护理学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护理教育导论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预防医学(二)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急救护理学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老年护理学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康复护理学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项目范围管理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项目成本管理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工程招标与合同管理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工程经济学与项目融资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工程造价确定与控制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120105</w:t>
              <w:br/>
              <w:t xml:space="preserve"> 工程造价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项目决策分析与评价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建设工程工程量清单计价实务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华南农业大学</w:t>
              <w:br/>
              <w:t>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会计制度设计与比较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财务会计专题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管理与成本会计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120206</w:t>
              <w:br/>
              <w:t xml:space="preserve"> 人力资源管理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宏观劳动力配置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劳动争议处理概论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★120209</w:t>
              <w:br/>
              <w:t xml:space="preserve"> 物业管理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物业管理国际标准与质量认证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06569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  <w:br/>
              <w:t xml:space="preserve"> 公共事业管理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劳动和社会保障概论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（电子政务）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（行政管理学）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120409T</w:t>
              <w:br/>
              <w:t xml:space="preserve"> 公共关系学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公共关系口才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现代谈判学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现代媒体总论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国际公共关系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广告运作策略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创新思维理论与方法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120601</w:t>
              <w:br/>
              <w:t xml:space="preserve"> 物流管理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供应链与企业物流管理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物流系统工程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  <w:br/>
              <w:t xml:space="preserve"> 采购管理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采购战术与运营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120801</w:t>
              <w:br/>
              <w:t xml:space="preserve"> 电子商务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电子商务与现代物流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电子商务网站设计原理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互联网数据库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120901K</w:t>
              <w:br/>
              <w:t xml:space="preserve"> 旅游管理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中国旅游文学作品选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★120903</w:t>
              <w:br/>
              <w:t xml:space="preserve"> 会展经济与管理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会议酒店管理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会展场馆经营与管理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★130305</w:t>
              <w:br/>
              <w:t xml:space="preserve"> 广播电视编导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电视采访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电视画面编辑基础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电视节目导播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电视节目包装与编排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电视摄影造型基础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  <w:br/>
              <w:t xml:space="preserve"> 视觉传达设计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广东财经大学</w:t>
              <w:br/>
              <w:t xml:space="preserve"> 广州美术学院</w:t>
              <w:br/>
              <w:t xml:space="preserve"> 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  <w:br/>
              <w:t xml:space="preserve"> 环境设计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广东财经大学</w:t>
              <w:br/>
              <w:t xml:space="preserve"> 广州美术学院</w:t>
              <w:br/>
              <w:t xml:space="preserve"> 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  <w:br/>
              <w:t xml:space="preserve"> 数字媒体艺术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Visual Basic程序设计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★320101</w:t>
              <w:br/>
              <w:t xml:space="preserve"> 区域经济开发与管理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区域可持续发展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  <w:br/>
              <w:t xml:space="preserve"> 教育管理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中外教育管理史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教育评估和督导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教育预测与规划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现代学校人力资源管理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  <w:br/>
              <w:t xml:space="preserve"> 心理健康教育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心理测量与评估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心理的生物学基础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心理咨询与辅导(一)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心理与教育统计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心理治疗(一)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变态心理学(一)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★520804</w:t>
              <w:br/>
              <w:t xml:space="preserve"> 环境工程技术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环境监测(二)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540301</w:t>
              <w:br/>
              <w:t xml:space="preserve"> 建筑工程技术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土力学及地基基础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★540703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★560102</w:t>
              <w:br/>
              <w:t xml:space="preserve"> 机械制造与自动化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数控机床与编程(一)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机械制造工艺基础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流体传动与控制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★560103</w:t>
              <w:br/>
              <w:t xml:space="preserve"> 数控技术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数控加工工艺及设备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互换性原理与测量技术基础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★560113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现代模具制造技术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★560301</w:t>
              <w:br/>
              <w:t xml:space="preserve"> 机电一体化技术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计算机实用基础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农业机械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电器设备使用与维护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农村电力系统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汽车拖拉机构造原理与应用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★560302</w:t>
              <w:br/>
              <w:t xml:space="preserve"> 电气自动化技术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微型计算机技术及应用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电气测量技术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工厂电气设备控制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★560702</w:t>
              <w:br/>
              <w:t xml:space="preserve"> 汽车检测与维修技术（专科）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汽车营销技术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汽车底盘构造与维修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汽车诊断与维修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汽车保险与理赔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590106</w:t>
              <w:br/>
              <w:t xml:space="preserve"> 食品营养与卫生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微生物与食品微生物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疾病的营养防治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人体营养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临床医学总论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食品卫生法规与监督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★610102</w:t>
              <w:br/>
              <w:t xml:space="preserve"> 应用电子技术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非线性电子电路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可编程控制器原理与应用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ARM结构与程序开发入门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嵌入式LINUX应用编程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移动通信原理与应用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★610203</w:t>
              <w:br/>
              <w:t xml:space="preserve"> 计算机信息管理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电子商务与电子政务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620201</w:t>
              <w:br/>
              <w:t xml:space="preserve"> 护理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病理学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护理伦理学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微生物学与免疫学基础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（会计电算化）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（农村财会与审计）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630501</w:t>
              <w:br/>
              <w:t xml:space="preserve"> 国际贸易实务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中国对外贸易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乡镇企业生产管理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630602</w:t>
              <w:br/>
              <w:t xml:space="preserve"> 商务管理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连锁与特许经营管理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630801</w:t>
              <w:br/>
              <w:t xml:space="preserve"> 电子商务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市场信息学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互联网软件应用与开发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采购谈判与供应商选择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商业组织与过程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640101</w:t>
              <w:br/>
              <w:t xml:space="preserve"> 旅游管理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★640301</w:t>
              <w:br/>
              <w:t xml:space="preserve"> 会展策划与管理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现代商务礼仪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650102</w:t>
              <w:br/>
              <w:t xml:space="preserve"> 视觉传播设计与制作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650103</w:t>
              <w:br/>
              <w:t xml:space="preserve"> 广告设计与制作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广告文案写作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  <w:br/>
              <w:t xml:space="preserve"> 服装与服饰设计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惠州学院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650111</w:t>
              <w:br/>
              <w:t xml:space="preserve"> 环境艺术设计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650120</w:t>
              <w:br/>
              <w:t xml:space="preserve"> 动漫设计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动漫产业概论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动画编导基础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670102K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广东省外语艺术职业学院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学前儿童数学教育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幼儿园组织与管理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幼儿园课程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科学﹒技术﹒社会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学前儿童语言教育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学前儿童音乐教育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心理测量与评估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心理咨询与辅导(一)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670202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670206</w:t>
              <w:br/>
              <w:t xml:space="preserve"> 应用日语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外国秘书工作概况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680503</w:t>
              <w:br/>
              <w:t xml:space="preserve"> 法律事务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公关语言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690202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（电子政务）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工商行政管理学概论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（行政管理）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970202</w:t>
              <w:br/>
              <w:t xml:space="preserve"> 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★A040106</w:t>
              <w:br/>
              <w:t xml:space="preserve"> 教育管理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--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★B070102</w:t>
              <w:br/>
              <w:t xml:space="preserve"> 数学教育</w:t>
              <w:br/>
              <w:t>（独立本科段）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--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应用统计方法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复变函数论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近世代数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组合数学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说明：专业代码前加“★”为停考专业，不再接受考生报名；停考过渡期内，相关课程继续接受报考。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