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2021年中考及初二学业水平考试考生健康监测的温馨提示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2021-06-11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https://szeb.sz.gov.cn/szzkw/zkgg/zkxx/content/post_8946034.html</w:t>
        </w:r>
      </w:hyperlink>
    </w:p>
    <w:p/>
    <w:p>
      <w:r>
        <w:t>今年我市初中毕业生学业水平考试将于6月26日至28日进行，初二生物与地理学业水平考试将于6月28日下午进行。为切实做好疫情常态化防控工作，6月12日起所有考生须申报“深i您”健康码并进行连续14天健康监测。</w:t>
      </w:r>
    </w:p>
    <w:p>
      <w:r>
        <w:t>一、及时申报“深i您”健康码</w:t>
      </w:r>
    </w:p>
    <w:p>
      <w:r>
        <w:t>中考考生须再次检查自身健康码申报情况，并持续关注其状态；初二学业水平考试考生须于6月12日前申报“深i您”健康码。社会考生由各社会报名点负责引导申报健康码。未申报健康码的考生不予发放准考证，不得参加考试。</w:t>
      </w:r>
    </w:p>
    <w:p>
      <w:r>
        <w:t>二、考前14天起进行健康状况监测和上报</w:t>
      </w:r>
    </w:p>
    <w:p>
      <w:r>
        <w:t>从6月12日开始，所有考生和涉考人员须进行连续14天健康监测，监测内容包括体温、健康状况、目前所在地、是否去过中高风险地区等信息。</w:t>
      </w:r>
    </w:p>
    <w:p>
      <w:r>
        <w:t>我市应届毕业生的健康监测信息由初中学校统一申报，实行每日“零报告”和“异常报告”制度。</w:t>
      </w:r>
    </w:p>
    <w:p>
      <w:r>
        <w:t>社会类考生健康监测信息实行自主上报，由考生本人（或亲属代替）每天16:00前通过“深圳市招生考试办公室”微信公众号的“考生服务-健康申报”功能上报。</w:t>
      </w:r>
    </w:p>
    <w:p>
      <w:r>
        <w:t>三、做好假期疫情防控</w:t>
      </w:r>
    </w:p>
    <w:p>
      <w:r>
        <w:t>请广大考生及家长自觉遵守疫情防控各项规定，加强个人卫生防护，坚持戴口罩、勤洗手、常清洁、用公筷公勺等良好生活习惯，注意锻炼身体。考生要自觉按规定进行健康监测，如身体出现异常，要及时告知家长，及时就诊。</w:t>
      </w:r>
    </w:p>
    <w:p>
      <w:r>
        <w:t>外地返深的考生应提前了解深圳市疫情防控相关要求，特别是目前尚在境外（含港台地区）和国内中高风险地区的考生，应预留足够时间，并按照我市防疫隔离具体要求和规定进行管理，以免耽误考试。</w:t>
      </w:r>
    </w:p>
    <w:p>
      <w:r>
        <w:t>端午假期临近，为降低疫情传播风险，考生及家长应减少外出和聚集，避免前往中高风险地区，建议考生及家长就地过节，营造健康安全的考试环境。</w:t>
      </w:r>
    </w:p>
    <w:p>
      <w:r>
        <w:t>来源：深圳市招生考试办公室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03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