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关于2021年10月自学考试诚信报考有关事项的通知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https://szeb.sz.gov.cn/szzkw/zkgg/zkxx1/content/post_9261600.html</w:t>
        </w:r>
      </w:hyperlink>
    </w:p>
    <w:p/>
    <w:p>
      <w:r>
        <w:t>各地级以上市自考办：</w:t>
      </w:r>
    </w:p>
    <w:p>
      <w:r>
        <w:t>根据当前新冠肺炎疫情防控要求和我省自学考试组织情况，经研究决定，考生报考2021年10月自学考试因故未能参加考试的，不纳入自学考试诚信报考档案，可按规定正常报考下一次自学考试。</w:t>
      </w:r>
    </w:p>
    <w:p>
      <w:r>
        <w:t>请通知各级考办、考点做好宣传解释工作。</w:t>
      </w:r>
    </w:p>
    <w:p>
      <w:r>
        <w:t>来源：广东省自学考试委员会办公室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616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