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我市2022年普通高中指标生录取顺利结束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https://szeb.sz.gov.cn/szzkw/zkgg/zkxx/content/post_9977890.html</w:t>
        </w:r>
      </w:hyperlink>
    </w:p>
    <w:p/>
    <w:p>
      <w:r>
        <w:t>7月25日，我市普通高中指标生录取工作顺利结束。7月26日起，考生可登录深圳招考网查询普高指标生批次录取信息。</w:t>
      </w:r>
    </w:p>
    <w:p>
      <w:r>
        <w:t>今年我市指标生单独批次录取，全市公办普通高中均参与指标生分配改革。指标生投档录取办法为：填报了高中学校指标生志愿且达到该校指标生录取控制线的考生，按“分数优先，依照志愿顺序”原则进行指标生批次投档，当该生填报的指标生高中学校分配给该生所在初中学校（或所在区）的指标生计划未录满时，即投档为该高中学校指标生；录取时，如遇考生中考总分相同的情况，按普通生“同分比较原则”进行选择；省一级公办普高所录取的指标生五科文化课（即语文、数学、英语、物理与化学、历史与道法）单科等级须在C+以上（含C+），体育单科等级为C以上（含C）。</w:t>
      </w:r>
    </w:p>
    <w:p>
      <w:r>
        <w:t>被普通高中指标生录取的考生不再参加后续批次投档，不得转录其他学校，各学校未完成的招生计划直接转为普通生招生计划。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9778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