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2024-07-30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https://eea.gd.gov.cn/news/content/post_4466076.html</w:t>
        </w:r>
      </w:hyperlink>
    </w:p>
    <w:p/>
    <w:p>
      <w:r>
        <w:t>新华社北京7月30日电 中共中央政治局7月30日召开会议，分析研究当前经济形势，部署下半年经济工作，审议《整治形式主义为基层减负若干规定》。中共中央总书记习近平主持会议。</w:t>
      </w:r>
    </w:p>
    <w:p>
      <w:r>
        <w:t>会议认为，今年以来，在以习近平同志为核心的党中央坚强领导下，各地区各部门迎难而上、积极作为，深化改革开放，加强宏观调控，有效应对风险挑战，经济运行总体平稳、稳中有进，延续回升向好态势，新动能新优势加快培育，高质量发展扎实推进，社会大局保持稳定。</w:t>
      </w:r>
    </w:p>
    <w:p>
      <w:r>
        <w:t>会议指出，当前外部环境变化带来的不利影响增多，国内有效需求不足，经济运行出现分化，重点领域风险隐患仍然较多，新旧动能转换存在阵痛。这些是发展中、转型中的问题，我们既要增强风险意识和底线思维，积极主动应对，又要保持战略定力，坚定发展信心，唱响中国经济光明论。</w:t>
      </w:r>
    </w:p>
    <w:p>
      <w:r>
        <w:t>会议强调，下半年改革发展稳定任务很重，要全面贯彻落实党的二十大和二十届二中、三中全会精神，坚持稳中求进工作总基调，完整、准确、全面贯彻新发展理念，加快构建新发展格局，因地制宜发展新质生产力，着力推动高质量发展，围绕推进中国式现代化进一步全面深化改革，加大宏观调控力度，深化创新驱动发展，深入挖掘内需潜力，不断增强新动能新优势，增强经营主体活力，稳定市场预期，增强社会信心，增强经济持续回升向好态势，切实保障和改善民生，保持社会稳定，坚定不移完成全年经济社会发展目标任务。</w:t>
      </w:r>
    </w:p>
    <w:p>
      <w:r>
        <w:t>会议强调，要以改革为动力促进稳增长、调结构、防风险，充分发挥经济体制改革的牵引作用，及时推出一批条件成熟、可感可及的改革举措。要坚持和落实“两个毫不动摇”，促进各种所有制经济优势互补、共同发展，完善产权保护、市场准入、破产退出等市场经济基础制度，防止和纠正一些地方利用行政、刑事手段干预经济纠纷。要弘扬企业家精神，在改革创新和公平竞争中加快建设更多世界一流企业。</w:t>
      </w:r>
    </w:p>
    <w:p>
      <w:r>
        <w:t>会议指出，宏观政策要持续用力、更加给力。要加强逆周期调节，实施好积极的财政政策和稳健的货币政策，加快全面落实已确定的政策举措，及早储备并适时推出一批增量政策举措。要加快专项债发行使用进度，用好超长期特别国债，支持国家重大战略和重点领域安全能力建设，更大力度推动大规模设备更新和大宗耐用消费品以旧换新。要优化财政支出结构，兜牢“三保”底线。要综合运用多种货币政策工具，加大金融对实体经济的支持力度，促进社会综合融资成本稳中有降。要保持人民币汇率在合理均衡水平上的基本稳定。要切实增强宏观政策取向一致性，形成各方面共同推动高质量发展的强大合力。要继续发挥好经济大省挑大梁作用。</w:t>
      </w:r>
    </w:p>
    <w:p>
      <w:r>
        <w:t>会议强调，要以提振消费为重点扩大国内需求，经济政策的着力点要更多转向惠民生、促消费，要多渠道增加居民收入，增强中低收入群体的消费能力和意愿，把服务消费作为消费扩容升级的重要抓手，支持文旅、养老、育幼、家政等消费。要进一步调动民间投资积极性，扩大有效投资。</w:t>
      </w:r>
    </w:p>
    <w:p>
      <w:r>
        <w:t>会议指出，要培育壮大新兴产业和未来产业。要大力推进高水平科技自立自强，加强关键核心技术攻关，推动传统产业转型升级。要有力有效支持发展瞪羚企业、独角兽企业。要强化行业自律，防止“内卷式”恶性竞争。强化市场优胜劣汰机制，畅通落后低效产能退出渠道。</w:t>
      </w:r>
    </w:p>
    <w:p>
      <w:r>
        <w:t>会议指出，要推进高水平对外开放，进一步营造市场化、法治化、国际化一流营商环境，稳步扩大制度型开放，落实制造业领域外资准入限制措施“清零”要求，推出新一轮服务业扩大开放试点举措，促进利用外资企稳回升。要积极培育外贸发展新动能，拓展中间品贸易、绿色贸易。要扎实推进高质量共建“一带一路”。</w:t>
      </w:r>
    </w:p>
    <w:p>
      <w:r>
        <w:t>会议强调，要持续防范化解重点领域风险。要落实好促进房地产市场平稳健康发展的新政策，坚持消化存量和优化增量相结合，积极支持收购存量商品房用作保障性住房，进一步做好保交房工作，加快构建房地产发展新模式。要完善和落实地方一揽子化债方案，创造条件加快化解地方融资平台债务风险。要统筹防风险、强监管、促发展，提振投资者信心，提升资本市场内在稳定性。</w:t>
      </w:r>
    </w:p>
    <w:p>
      <w:r>
        <w:t>会议指出，要扎实推进乡村全面振兴，巩固拓展脱贫攻坚成果，确保农村人口不发生规模性返贫致贫。要加强耕地保护和质量提升，抓好农业生产，努力夺取全年粮食丰收。</w:t>
      </w:r>
    </w:p>
    <w:p>
      <w:r>
        <w:t>会议强调，要加大保障和改善民生力度。要强化就业优先政策，做好高校毕业生等重点群体就业。要加强低收入人口救助帮扶，织密扎牢社会保障网。要全力做好防汛抗洪救灾工作，做好迎峰度夏期间能源电力供应，抓好安全生产，认真解决食品安全、社会治安等问题。要深入打好污染防治攻坚战，扎实推进碳达峰碳中和。要做好“十五五”规划前期研究谋划工作。</w:t>
      </w:r>
    </w:p>
    <w:p>
      <w:r>
        <w:t>会议指出，形式主义、官僚主义是顽瘴痼疾，必须下大力气坚决纠治。基层是贯彻落实党中央决策部署的“最后一公里”，不能被形式主义、官僚主义束缚手脚。中央书记处要持之以恒抓住不放，中央层面整治形式主义为基层减负专项工作机制要定期督促检查，中央和国家机关各部门、各省级党委和政府在安排部署工作时要实事求是，省以下各级党委要履行好主体责任，各级纪检监察机关要强化监督执行。</w:t>
      </w:r>
    </w:p>
    <w:p>
      <w:r>
        <w:t>会议强调，要强化制度建设与执行，统筹为基层减负和赋能，进一步严格落实中央八项规定及其实施细则精神，持续精文简会，统筹规范督查检查考核，切实解决过频过繁问题，严格规范从基层借调干部，加强政务移动互联网应用程序规范化管理，整治“指尖上的形式主义”，进一步理顺基层权责，推动资源、服务、管理向基层下沉，精简创建示范和达标活动，注重创建示范实效。对党员干部特别是基层群众反映强烈的突出问题，要发现一个整治一个；对具有一定典型性、普遍性的问题，要集中力量开展专项整治和清理，切实把基层从形式主义、官僚主义的束缚中解脱出来，引导广大党员、干部树立正确政绩观，激励担当作为，有更多精力抓落实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660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