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四级考试要自备耳机吗？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https://eea.gd.gov.cn/dawenku/qtwt/content/post_4669166.html</w:t>
        </w:r>
      </w:hyperlink>
    </w:p>
    <w:p/>
    <w:p>
      <w:r>
        <w:t>各考点高校根据全国大学英语四、六级考试考务要求及本校考场的实际情况确定英语听力播放方式，建议考生向所在学校咨询。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66916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