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2023年上半年(第68次)全国计算机等级考试成绩公布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2023-05-11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https://szeb.sz.gov.cn/szzkw/zkgg/skxx/content/post_10585147.html</w:t>
        </w:r>
      </w:hyperlink>
    </w:p>
    <w:p/>
    <w:p>
      <w:r>
        <w:t>2023年上半年（第68次）全国计算机等级考试成绩已发布。考生可通过以下方式查询成绩：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三、通过微信搜索进入“广东招考在线”小程序，点击“成绩查询”，选择考生对应的考试类别，按提示查询。</w:t>
      </w:r>
    </w:p>
    <w:p>
      <w:r>
        <w:t>考生如对考试成绩有疑问，须在成绩公布后5个工作日内，向所在考点提出复查申请，逾期不予受理。复查工作结束后，复查结果由考点通知考生。</w:t>
      </w:r>
    </w:p>
    <w:p>
      <w:r>
        <w:t>教育部教育考试院已开通证书直邮服务，考生可登录中国教育考试网（http://www.neea.edu.cn/）进行申请；考生如不申请证书直邮服务，请自行联系所在考点了解证书领取事宜。考生如需补办合格证明，可登录中国教育考试网（http://www.neea.edu.cn/），按有关指引申请补办，补办的合格证明由教育部教育考试院直接寄给申请人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58514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