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自考考务培训和考生温馨提示动漫制作项目中标公告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2020-11-24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其他信息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https://szeb.sz.gov.cn/szzkw/qtxx/content/post_8948945.html</w:t>
        </w:r>
      </w:hyperlink>
    </w:p>
    <w:p/>
    <w:p>
      <w:r>
        <w:t>一、项目编号：0658-20711A31133</w:t>
      </w:r>
    </w:p>
    <w:p>
      <w:r>
        <w:t>二、项目名称：深圳市招生考试办公室自考考务培训和考生温馨提示动漫制作项目</w:t>
      </w:r>
    </w:p>
    <w:p>
      <w:r>
        <w:t>三、投标供应商名称及报价：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序号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投标单位名称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投标总价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资格核查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1.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深圳市天极文化科技有限公司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￥292,000.00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合格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2.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广州市倚天广告有限公司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￥252,000.00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合格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3.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广州皓韵文化发展有限公司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￥287,260.00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合格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4.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广州金润文化传播有限公司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￥270,000.00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合格</w:t>
            </w:r>
          </w:p>
        </w:tc>
      </w:tr>
    </w:tbl>
    <w:p/>
    <w:p>
      <w:r>
        <w:t>四、候选中标供应商名单：</w:t>
      </w:r>
    </w:p>
    <w:p>
      <w:r>
        <w:t>1、广州金润文化传播有限公司</w:t>
      </w:r>
    </w:p>
    <w:p>
      <w:r>
        <w:t>2、广州市倚天广告有限公司</w:t>
      </w:r>
    </w:p>
    <w:p>
      <w:r>
        <w:t>3、广州皓韵文化发展有限公司</w:t>
      </w:r>
    </w:p>
    <w:p>
      <w:r>
        <w:t>五、中标信息</w:t>
      </w:r>
    </w:p>
    <w:p>
      <w:r>
        <w:t>1、供应商名称：广州金润文化传播有限公司</w:t>
      </w:r>
    </w:p>
    <w:p>
      <w:r>
        <w:t>2、供应商地址：广州市天河区天河北路364号都市华庭天怡轩10A（办公）</w:t>
      </w:r>
    </w:p>
    <w:p>
      <w:r>
        <w:t>3、中标金额：人民币贰拾柒万元整（￥270,000.00）</w:t>
      </w:r>
    </w:p>
    <w:p>
      <w:r>
        <w:t>六、主要标的信息：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80"/>
      </w:tblGrid>
      <w:tr>
        <w:trPr>
          <w:tblHeader/>
        </w:trPr>
        <w:tc>
          <w:tcPr>
            <w:tcW w:type="dxa" w:w="100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服务类</w:t>
            </w:r>
          </w:p>
        </w:tc>
      </w:tr>
      <w:tr>
        <w:tc>
          <w:tcPr>
            <w:tcW w:type="dxa" w:w="100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名称：自考考务培训和考生温馨提示动漫制作项目</w:t>
              <w:br/>
              <w:t>服务范围：详见投标文件；</w:t>
              <w:br/>
              <w:t>服务要求：详见投标文件；</w:t>
              <w:br/>
              <w:t>服务时间：自合同签订之日起至2020年12月15日前完成</w:t>
              <w:br/>
              <w:t>服务标准：详见投标文件。</w:t>
            </w:r>
          </w:p>
        </w:tc>
      </w:tr>
    </w:tbl>
    <w:p/>
    <w:p>
      <w:r>
        <w:t>七、评标委员会成员名单：</w:t>
      </w:r>
    </w:p>
    <w:p>
      <w:r>
        <w:t>张涛、黄粮财、刘跃飞、罗有生、陈树鑫</w:t>
      </w:r>
    </w:p>
    <w:p>
      <w:r>
        <w:t>八、代理服务收费标准及金额：</w:t>
      </w:r>
    </w:p>
    <w:p>
      <w:r>
        <w:t>收费标准：深财购[2018]27号文及招标文件约定；收费金额：￥8000元。</w:t>
      </w:r>
    </w:p>
    <w:p>
      <w:r>
        <w:t>九、公示期限</w:t>
      </w:r>
    </w:p>
    <w:p>
      <w:r>
        <w:t>2020年11月23日至2020年11月26日</w:t>
      </w:r>
    </w:p>
    <w:p>
      <w:r>
        <w:t>十、其他补充事宜</w:t>
      </w:r>
    </w:p>
    <w:p>
      <w:r>
        <w:t>无。</w:t>
      </w:r>
    </w:p>
    <w:p>
      <w:r>
        <w:t>十一、凡对本次公示内容提出询问，请按以下方式联系。</w:t>
      </w:r>
    </w:p>
    <w:p>
      <w:r>
        <w:t>1、采购人信息</w:t>
      </w:r>
    </w:p>
    <w:p>
      <w:r>
        <w:t>名称：深圳市招生考试办公室</w:t>
      </w:r>
    </w:p>
    <w:p>
      <w:r>
        <w:t>地址：深圳市罗湖区泥岗西路1068号</w:t>
      </w:r>
    </w:p>
    <w:p>
      <w:r>
        <w:t>联系方式：陈老师、0755-82341974</w:t>
      </w:r>
    </w:p>
    <w:p>
      <w:r>
        <w:t>2、采购代理机构信息</w:t>
      </w:r>
    </w:p>
    <w:p>
      <w:r>
        <w:t>名称：深圳市国际招标有限公司</w:t>
      </w:r>
    </w:p>
    <w:p>
      <w:r>
        <w:t>地址：深圳市南山区沙河西路与白石路交汇处深圳湾科技生态园9栋B4座6座</w:t>
      </w:r>
    </w:p>
    <w:p>
      <w:r>
        <w:t>联系方式：0755-83521978</w:t>
      </w:r>
    </w:p>
    <w:p>
      <w:r>
        <w:t>3、项目联系方式</w:t>
      </w:r>
    </w:p>
    <w:p>
      <w:r>
        <w:t>项目联系人：黄工、卓工</w:t>
      </w:r>
    </w:p>
    <w:p>
      <w:r>
        <w:t>联系电话：0755-83521979、13682515285、15920086123</w:t>
      </w:r>
    </w:p>
    <w:p>
      <w:r>
        <w:t>深圳市国际招标有限公司</w:t>
      </w:r>
    </w:p>
    <w:p>
      <w:r>
        <w:t>2020年11月23日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qtxx/content/post_8948945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