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如何了解广东省自学考试各专业中各门课程的考试安排？</w:t>
      </w:r>
    </w:p>
    <w:p>
      <w:r>
        <w:rPr>
          <w:sz w:val="18"/>
        </w:rPr>
        <w:t>整理归属  广东省教育考试院</w:t>
      </w:r>
    </w:p>
    <w:p>
      <w:r>
        <w:rPr>
          <w:sz w:val="18"/>
        </w:rPr>
        <w:t>发布日期  2023-07-27</w:t>
      </w:r>
    </w:p>
    <w:p>
      <w:r>
        <w:rPr>
          <w:sz w:val="18"/>
        </w:rPr>
        <w:t>来源  广东省教育考试院</w:t>
      </w:r>
    </w:p>
    <w:p>
      <w:r>
        <w:rPr>
          <w:sz w:val="18"/>
        </w:rPr>
        <w:t>栏目  政策文件</w:t>
      </w:r>
    </w:p>
    <w:p>
      <w:r>
        <w:rPr>
          <w:sz w:val="18"/>
        </w:rPr>
        <w:t>存档日期  2026-10-27</w:t>
      </w:r>
    </w:p>
    <w:p>
      <w:r>
        <w:t xml:space="preserve">原文链接  </w:t>
      </w:r>
      <w:hyperlink r:id="rId10">
        <w:r>
          <w:rPr>
            <w:color w:val="18548A"/>
          </w:rPr>
          <w:t>https://eea.gd.gov.cn/dawenku/zcwj/content/post_4225936.html</w:t>
        </w:r>
      </w:hyperlink>
    </w:p>
    <w:p/>
    <w:p>
      <w:r>
        <w:t>广东省自学考试每年开考3次，分别为1月、4月、10月。广东省自考办将会提前公布下一年度各专业开考课程的考试时间安排，《广东省自学考试开考课程考试时间安排》可登录广东省教育考试院官网查询。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dawenku/zcwj/content/post_42259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