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2025年全国硕士研究生招生考试（初试）考场规则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2024-12-20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https://szeb.sz.gov.cn/szzkw/zkgg/ykxx/content/post_11913776.html</w:t>
        </w:r>
      </w:hyperlink>
    </w:p>
    <w:p/>
    <w:p>
      <w:r>
        <w:t>一、考生应当自觉服从监考员等考试工作人员管理，不得以任何理由妨碍监考员等考试工作人员履行职责，不得扰乱考场及其他相关工作地点的秩序，不得危害他人身体健康和生命安全。</w:t>
      </w:r>
    </w:p>
    <w:p>
      <w:r>
        <w:t>二、考生凭本人《准考证》和有效居民身份证按规定时间和地点参加考试。考生不得将手机带入考点（考试封闭管理区域），进入考点后，按规定时间进入考场，不得在考场外逗留，应当主动配合监考员按规定对其进行的身份验证核查、安全检查和随身物品检查，按照省教育考试院的规定和考点具体要求存放手机等非考试用品。</w:t>
      </w:r>
    </w:p>
    <w:p>
      <w:r>
        <w:t>三、考生只准携带省教育考试院规定的考试用品，或者按照招生单位在准考证上注明的所需携带的用具。不得携带任何书刊、报纸、稿纸、图片、资料、具有通讯功能的工具（如手机、智能手表、智能手环、智能眼镜和照相、扫描等设备）或者有存储、编程、查询功能的电子用品以及涂改液、修正带等物品进入考场。</w:t>
      </w:r>
    </w:p>
    <w:p>
      <w:r>
        <w:t>四、考生入场后，对号入座，将《准考证》、有效居民身份证放在桌子左上角以便核验。《准考证》正、反两面在使用期间均不得涂改或书写。考生领到答题卡、答题纸、试卷后，应在指定位置和规定的时间内准确清楚地填（涂）姓名、考生编号等信息，按照省教育考试院的要求粘贴条形码等。凡漏贴条形码、漏填（涂）、错填（涂）或者字迹不清的答卷影响评卷结果，责任由考生自负。遇试卷、答题卡、答题纸等分发错误及试卷字迹不清、漏印、重印、缺页等问题，可举手询问。但涉及试题内容的疑问，不得向监考员询问。</w:t>
      </w:r>
    </w:p>
    <w:p>
      <w:r>
        <w:t>五、开考信号发出后，考生方可开始答题。</w:t>
      </w:r>
    </w:p>
    <w:p>
      <w:r>
        <w:t>六、开考15分钟后，迟到考生不准进入考场参加当科考试，交卷出场时间不得早于当科考试结束前30分钟。考生交卷出场后不得再进场续考，也不得在考试机构规定的区域逗留或者交谈。</w:t>
      </w:r>
    </w:p>
    <w:p>
      <w:r>
        <w:t>七、考生应当在答题卡、答题纸规定的区域答题。不得使用规定以外的笔和纸答题，写在草稿纸或者规定区域以外的答案一律无效，不得在答卷、答题卡上做任何标记。答题过程中只能使用同一类型和颜色字迹的笔。</w:t>
      </w:r>
    </w:p>
    <w:p>
      <w:r>
        <w:t>八、考生在考场内须保持安静，不准吸烟，不准喧哗，不准交头接耳、左顾右盼、打手势、做暗号，不准夹带、旁窥、抄袭或者有意让他人抄袭，不准传抄试题、答案或者交换试卷、答题卡、答题纸，不准将试卷、答卷、答题卡、草稿纸故意损毁或带出考场。考生在考场内不得私自传递文具、用品等。</w:t>
      </w:r>
    </w:p>
    <w:p>
      <w:r>
        <w:t>九、考试结束信号发出后，考生应立即停笔并停止答题。</w:t>
      </w:r>
    </w:p>
    <w:p>
      <w:r>
        <w:t>全国统一命题科目的试卷和答题卡放在桌上，由监考员逐一收取。自命题科目，由考生将试卷、答题卡、答题纸（或者答卷）装入原试卷袋内并密封签字。经监考员同意后，方可逐一离开考场。</w:t>
      </w:r>
    </w:p>
    <w:p>
      <w:r>
        <w:t>十、考生不遵守考场规则，不服从考务工作人员管理，有违纪、作弊等行为的，将按照《中华人民共和国教育法》以及《国家教育考试违规处理办法》进行处理，并按规定记入国家教育考试考生诚信档案；涉嫌违法的，移送司法机关，依照《中华人民共和国刑法》等追究法律责任。</w:t>
      </w:r>
    </w:p>
    <w:p>
      <w:r>
        <w:t>（来源 : 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1191377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