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“3+证书”考试1月9日起打印准考证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https://eea.gd.gov.cn/news/content/post_4328554.html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https://eea.gd.gov.cn/ptgk/content/post_4328452.html</w:t>
        </w:r>
      </w:hyperlink>
    </w:p>
    <w:p/>
    <w:p>
      <w:r>
        <w:t>广东省2024年普通高等学校招收中等职业学校毕业生统一考试（简称“3+证书”考试）定于2024年1月13-14日举行。1月9日起，考生可登录高考报名系统（https://pg.eeagd.edu.cn/ks），进入准考证打印页面，自行打印准考证。</w:t>
      </w:r>
    </w:p>
    <w:p>
      <w:r>
        <w:t>请考生认真阅读准考证上的考生须知等考试注意事项，并按照规定的时间、地点和要求参加考试。所有考生须凭准考证及本人有效身份证（不含电子身份证）参加考试。准考证应保持干净整洁，不得在准考证正、反两面书写字迹，避免造成考试违规。</w:t>
      </w:r>
    </w:p>
    <w:p>
      <w:r>
        <w:t>请考生做好规范携带考试用品等各项考试准备，从容应考，提前到达考点，留足入场检查、身份验证时间，避免因天气状况、交通拥堵不能及时到达考点而影响考试。考生要严守考试纪律，诚信应考，杜绝违纪作弊行为，防范涉考骗局，坚决不相信、不参与“助考”违法犯罪活动，自觉维护公平正义，共同营造风清气正的考试环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28554.html" TargetMode="External"/><Relationship Id="rId11" Type="http://schemas.openxmlformats.org/officeDocument/2006/relationships/hyperlink" Target="https://eea.gd.gov.cn/ptgk/content/post_43284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