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深圳市2024年中考符合教育优待条件考生名单公示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2024-06-09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中考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https://szeb.sz.gov.cn/szzkw/zkgg/zkxx/content/post_11347047.html</w:t>
        </w:r>
      </w:hyperlink>
    </w:p>
    <w:p/>
    <w:p>
      <w:r>
        <w:t>公示时间为5月27日至6月7日，公示已结束。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/content/post_11347047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