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什么是剑桥少儿英语考试？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https://eea.gd.gov.cn/dawenku/ksbk/content/post_4951437.html</w:t>
        </w:r>
      </w:hyperlink>
    </w:p>
    <w:p/>
    <w:p>
      <w:r>
        <w:t>剑桥少儿英语考试是一系列专为儿童设计的极具趣味性、启发性的英语测试。考试共分为三个级别：一级（Starters），二级（Movers）和三级（Flyers）。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95143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