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https://szeb.sz.gov.cn/szzkw/zkcx/zxks/zkzy/bkcc/content/post_8949099.html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b57b346f099c549082efa34a586df24c48ca8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b57b346f099c549082efa34a586df24c48ca8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9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