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0124e85cf6439295ab8680eefc5da6a97eb9f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0124e85cf6439295ab8680eefc5da6a97eb9f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