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2025年广东省成人高考录取查询方式公布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2025-12-05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https://eea.gd.gov.cn/crgk/content/post_4809427.html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https://eea.gd.gov.cn/news/content/post_4809493.html</w:t>
        </w:r>
      </w:hyperlink>
    </w:p>
    <w:p/>
    <w:p>
      <w:r>
        <w:t>2025年广东省成人高考录取工作于12月4日—17日进行，录取情况将通过开头为10639678、106903335678、1069009583的短信发送至广东省成人高考报名系统绑定的考生手机号码。考生也可自行查询，具体方式为：</w:t>
      </w:r>
    </w:p>
    <w:p>
      <w:r>
        <w:t>1.关注广东省教育考试院官方微信（ID：gdsksy），在页面底部选择“小程序”栏，点击进入“广东省教育考试院”小程序，通过考生号和密码登录即可查询录取结果。</w:t>
      </w:r>
    </w:p>
    <w:p>
      <w:r>
        <w:t>2.通过支付宝App搜索“广东省教育考试院”，打开“广东省教育考试院”小程序，点击“录取结果”，选择“成人高考录取”，输入考生号和密码登录查询。</w:t>
      </w:r>
    </w:p>
    <w:p>
      <w:r>
        <w:t>广东省教育考试院</w:t>
      </w:r>
    </w:p>
    <w:p>
      <w:r>
        <w:t>2025年12月5日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809427.html" TargetMode="External"/><Relationship Id="rId11" Type="http://schemas.openxmlformats.org/officeDocument/2006/relationships/hyperlink" Target="https://eea.gd.gov.cn/news/content/post_48094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