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关于我省高等教育自学考试网上办理转考手续的通告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2022-09-13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https://eea.gd.gov.cn/tzgg/content/post_4011894.html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https://eea.gd.gov.cn/zxks/content/post_4011895.html</w:t>
        </w:r>
      </w:hyperlink>
    </w:p>
    <w:p/>
    <w:p>
      <w:r>
        <w:t>为进一步提高我省高等教育自学考试服务的质量和水平，让考生办事更便利、更省心，根据教育部《高等教育自学考试考籍管理规定》（教职成厅〔2020〕3号）有关要求，结合我省实际，省考办推出考生网上办理转考手续的服务事项，自2022年8月开始实行。</w:t>
      </w:r>
    </w:p>
    <w:p>
      <w:r>
        <w:t>考生在我省自学考试管理系统提交转出外省或外省转入申请后，由系统将图像采集与考生信息数据库进行关联校验，采取信息化手段与公安部门人口库等权威渠道开展图像比对。如校验通过，可直接进入省考办审核环节，考生无需现场提交材料；如校验不通过，考生仍须前往当地市考办现场办理相关转考手续。</w:t>
      </w:r>
    </w:p>
    <w:p>
      <w:r>
        <w:t>广东省自学考试委员会办公室</w:t>
      </w:r>
    </w:p>
    <w:p>
      <w:r>
        <w:t>2022年08月05日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11894.html" TargetMode="External"/><Relationship Id="rId11" Type="http://schemas.openxmlformats.org/officeDocument/2006/relationships/hyperlink" Target="https://eea.gd.gov.cn/zxks/content/post_401189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