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全国英语等级考试报名是否需要逐级报考？没有报考过英语二级，可以直接报考英语三级吗？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2023-05-31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https://eea.gd.gov.cn/dawenku/ksbk/content/post_4189895.html</w:t>
        </w:r>
      </w:hyperlink>
    </w:p>
    <w:p/>
    <w:p>
      <w:r>
        <w:t>全国英语等级考试不需要逐级报考，考生可按自身水平选报任何级别，不需具有低级别的证书后才能参加高级别的考试，但同一考次只可报考一个级别。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18989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