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全省2024年成人高考和10月自学考试安全工作视频会议顺利召开</w:t>
      </w:r>
    </w:p>
    <w:p>
      <w:r>
        <w:rPr>
          <w:sz w:val="18"/>
        </w:rPr>
        <w:t>整理归属  广东省教育考试院</w:t>
      </w:r>
    </w:p>
    <w:p>
      <w:r>
        <w:rPr>
          <w:sz w:val="18"/>
        </w:rPr>
        <w:t>发布日期  2024-10-09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https://eea.gd.gov.cn/news/content/post_4505187.html</w:t>
        </w:r>
      </w:hyperlink>
    </w:p>
    <w:p/>
    <w:p>
      <w:r>
        <w:t>10月9日下午，全省2024年成人高考和10月自学考试安全工作视频会议在广州召开，省委教育工委委员、省教育厅党组成员、省教育考试院党委书记李向明出席会议并讲话，省教育考试院相关负责同志对成人高考、自学考试考务工作进行了培训。</w:t>
      </w:r>
    </w:p>
    <w:p>
      <w:r>
        <w:t>会议传达了教育部考试安全会议精神并对我省两项考试安全工作作了动员部署。会议指出，要深刻认识严峻的形势，准确把握风险，切实做好两项考试工作。</w:t>
      </w:r>
    </w:p>
    <w:p>
      <w:r>
        <w:t>会议强调，各地要强化组织领导，严格试卷保密，加强考场安全，强化综合治理，加强监督检查，优化宣传和服务，全力以赴做好各项工作，确保两项考试安全顺利实施。</w:t>
      </w:r>
    </w:p>
    <w:p>
      <w:r>
        <w:t>省国家教育统一考试联席会议成员单位有关负责同志，教育考试院相关处室负责人，各地级以上市教育局、招生办和各考点负责成人高考和自学考试工作人员共1600多人通过视频方式参加了会议。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051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