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关于更正我省高等教育自学考试电子商务等4个专业考试计划简表的通知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https://szeb.sz.gov.cn/szzkw/zkgg/zkxx1/content/post_9266769.html</w:t>
        </w:r>
      </w:hyperlink>
    </w:p>
    <w:p/>
    <w:p>
      <w:r>
        <w:t>各地级以上市自学考试工作委员会，有关主考学校：</w:t>
      </w:r>
    </w:p>
    <w:p>
      <w:r>
        <w:t>我委2018年印发的《关于广东省高等教育自学考试专业调整有关事项的通知》（粤考委〔2018〕1号）附件2中，电子商务等4个专业考试计划简表部分内容有误，现予以更正，请通过有效方式及时向社会公布。广东省教育考试院官网和微信公众号也将发布相关信息。</w:t>
      </w:r>
    </w:p>
    <w:p>
      <w:r>
        <w:t>附件：广东省高等教育自学考试电子商务等4个专业考试计划简表</w:t>
      </w:r>
    </w:p>
    <w:p>
      <w:r>
        <w:t>广东省自学考试委员会</w:t>
      </w:r>
    </w:p>
    <w:p>
      <w:r>
        <w:t>2021年9月13日</w:t>
      </w:r>
    </w:p>
    <w:p>
      <w:r>
        <w:t>广东省高等教育自学考试电子商务等4个专业考试计划简表.doc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广东省高等教育自学考试电子商务等4个专业考试计划简表.doc</w:t>
        </w:r>
      </w:hyperlink>
    </w:p>
    <w:p>
      <w:r>
        <w:rPr>
          <w:sz w:val="16"/>
        </w:rPr>
        <w:t>https://szeb.sz.gov.cn/attachment/0/860/860706/9266769.doc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66769.html" TargetMode="External"/><Relationship Id="rId11" Type="http://schemas.openxmlformats.org/officeDocument/2006/relationships/hyperlink" Target="https://szeb.sz.gov.cn/attachment/0/860/860706/926676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