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2023年全国硕士研究生招生考试深圳市招考办报考点网上报名确认温馨提示</w:t>
      </w:r>
    </w:p>
    <w:p>
      <w:r>
        <w:rPr>
          <w:sz w:val="18"/>
        </w:rPr>
        <w:t>整理归属  深圳市招生考试办公室</w:t>
      </w:r>
    </w:p>
    <w:p>
      <w:r>
        <w:rPr>
          <w:sz w:val="18"/>
        </w:rPr>
        <w:t>发布日期  2022-11-03</w:t>
      </w:r>
    </w:p>
    <w:p>
      <w:r>
        <w:rPr>
          <w:sz w:val="18"/>
        </w:rPr>
        <w:t>来源  深圳市招生考试办公室官网</w:t>
      </w:r>
    </w:p>
    <w:p>
      <w:r>
        <w:rPr>
          <w:sz w:val="18"/>
        </w:rPr>
        <w:t>栏目  研考</w:t>
      </w:r>
    </w:p>
    <w:p>
      <w:r>
        <w:rPr>
          <w:sz w:val="18"/>
        </w:rPr>
        <w:t>存档日期  2026-10-27</w:t>
      </w:r>
    </w:p>
    <w:p>
      <w:r>
        <w:t xml:space="preserve">原文链接  </w:t>
      </w:r>
      <w:hyperlink r:id="rId10">
        <w:r>
          <w:rPr>
            <w:color w:val="18548A"/>
          </w:rPr>
          <w:t>https://szeb.sz.gov.cn/szzkw/zkgg/ykxx/content/post_10214593.html</w:t>
        </w:r>
      </w:hyperlink>
    </w:p>
    <w:p/>
    <w:p>
      <w:r>
        <w:t>2023年全国硕士研究生招生考试深圳市招考办报考点（代码4411）报名确认采用研招网网上确认系统进行，确认时间为：2022年10月30日9：00至11月5日16：00。目前，报名确认工作进展顺利，已有三万多名考生报名确认成功，但仍有部分考生未进行确认。市招考办温馨提醒：</w:t>
      </w:r>
    </w:p>
    <w:p>
      <w:r>
        <w:t>一、请尚未进行确认的考生掌握好时间，避免在最后时间段集中上传材料造成网络堵塞，影响报名；</w:t>
      </w:r>
    </w:p>
    <w:p>
      <w:r>
        <w:t>二、提交了材料的考生及时查阅审核结果，如审核结果为“待补充材料”，请及时按要求补传材料；</w:t>
      </w:r>
    </w:p>
    <w:p>
      <w:r>
        <w:t>三、按报考规定逾期未网上确认成功的考生，本次研考报名不成功。</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ykxx/content/post_1021459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