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广东省教育考试院2025年上半年办公及生活用品采购项目询价公告</w:t>
      </w:r>
    </w:p>
    <w:p>
      <w:r>
        <w:rPr>
          <w:sz w:val="18"/>
        </w:rPr>
        <w:t>整理归属  广东省教育考试院</w:t>
      </w:r>
    </w:p>
    <w:p>
      <w:r>
        <w:rPr>
          <w:sz w:val="18"/>
        </w:rPr>
        <w:t>发布日期  2025-02-13</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https://eea.gd.gov.cn/zfcg/content/post_4667485.html</w:t>
        </w:r>
      </w:hyperlink>
    </w:p>
    <w:p/>
    <w:p>
      <w:r>
        <w:t>广东省教育考试院就2025年上半年办公及生活用品采购项目（项目编号：YKY20250101003）进行询价采购，欢迎符合资格的供应商参加。有关事项如下：</w:t>
      </w:r>
    </w:p>
    <w:p>
      <w:r>
        <w:t>一、项目名称</w:t>
      </w:r>
    </w:p>
    <w:p>
      <w:r>
        <w:t>广东省教育考试院2025年上半年办公及生活用品采购项目。</w:t>
      </w:r>
    </w:p>
    <w:p>
      <w:r>
        <w:t>二、项目概况</w:t>
      </w:r>
    </w:p>
    <w:p>
      <w:r>
        <w:t>1、项目概况：为保障考试院业务工作的正常开展，需采购2025年上半年办公及生活用品一批。</w:t>
      </w:r>
    </w:p>
    <w:p>
      <w:r>
        <w:t>2、采购预算：人民币28.5万元。</w:t>
      </w:r>
    </w:p>
    <w:p>
      <w:r>
        <w:t>三、采购需求</w:t>
      </w:r>
    </w:p>
    <w:p>
      <w:r>
        <w:t>分为惠州基地工作用文具、生活、体育用品和考试院本部日常文具、生活用品两部分，需求如下：</w:t>
      </w:r>
    </w:p>
    <w:p>
      <w:r>
        <w:t>（一）惠州基地工作用文具、生活、体育用品采购需求</w:t>
      </w:r>
    </w:p>
    <w:p>
      <w:r>
        <w:t>1、工作用文具、生活、体育用品共42种，预算金额为21万元。</w:t>
      </w:r>
    </w:p>
    <w:p>
      <w:r>
        <w:t>2、送货时间：2025年3月11日前所有货物须送达至考试院惠州基地。</w:t>
      </w:r>
    </w:p>
    <w:p>
      <w:r>
        <w:t>3、送货地址：考试院惠州基地（广东省惠州市博罗县郭前村）。</w:t>
      </w:r>
    </w:p>
    <w:p>
      <w:r>
        <w:t>（二）考试院本部日常办公文具、生活用品采购需求</w:t>
      </w:r>
    </w:p>
    <w:p>
      <w:r>
        <w:t>1、办公文具、生活用品共62种，预算金额为7.5万元。</w:t>
      </w:r>
    </w:p>
    <w:p>
      <w:r>
        <w:t>2、送货时间：2025年3月11日前。</w:t>
      </w:r>
    </w:p>
    <w:p>
      <w:r>
        <w:t>3、送货地点：广东省教育考试院大楼内。</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询价。为本项目提供整体设计、规范编制或者项目管理、监理、检测等服务的供应商，不得再参与本项目询价。</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5.具备广东省政府采购智慧云平台电子卖场办公及生活用品、日用品定点采购供应商资质。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符合资格的供应商应当在2025年2月17日（周一 ）17:00（北京时间）前，将报名资料（统一社会信用代码扫描件、省政府采购智慧云平台电子卖场办公及生活用品、日常用品定点采购供应商资质截图、联系人及联系方式等资料）发送至邮箱gdsksy@eeagd.edu.cn，不收报名费。过期提交报名资料的视为报名不成功。报名成功后询价文件将由采购人统一发送至报名邮箱。</w:t>
      </w:r>
    </w:p>
    <w:p>
      <w:r>
        <w:t>七、投标文件提交时间：</w:t>
      </w:r>
    </w:p>
    <w:p>
      <w:r>
        <w:t>1、投标文件提交时间和截止时间：</w:t>
      </w:r>
    </w:p>
    <w:p>
      <w:r>
        <w:t>投标文件提交时间：2025年2月24日上午9:30-10:30（注：2025年2月24日上午9:30开始接收投标文件）。</w:t>
      </w:r>
    </w:p>
    <w:p>
      <w:r>
        <w:t>投标文件递交截止时间：2025年2月24日上午10:30。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八、询价结果公布时间：2025年3月1日前。</w:t>
      </w:r>
    </w:p>
    <w:p>
      <w:r>
        <w:t>九、联系人及联系电话：梁老师 020-38627732 。</w:t>
      </w:r>
    </w:p>
    <w:p>
      <w:r>
        <w:t>广东省教育考试院办公室</w:t>
      </w:r>
    </w:p>
    <w:p>
      <w:r>
        <w:t>2025年2月13日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66748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