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关于自行打印2021年1月“3+证书”考试和自学考试准考证的提醒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https://szeb.sz.gov.cn/szzkw/zkgg/zkxx1/content/post_8992464.html</w:t>
        </w:r>
      </w:hyperlink>
    </w:p>
    <w:p/>
    <w:p>
      <w:r>
        <w:t>各位考生：</w:t>
      </w:r>
    </w:p>
    <w:p>
      <w:r>
        <w:t>2021年1月7日至10日，我省将举行普通高等学校招收中等职业学校毕业生考试（简称“3+证书”考试）和高等教育自学考试。两项考试考生均须自行打印准考证。</w:t>
      </w:r>
    </w:p>
    <w:p>
      <w:r>
        <w:t>一、普通高等学校招收中等职业学校毕业生考试</w:t>
      </w:r>
    </w:p>
    <w:p>
      <w:r>
        <w:t>2021年普通高等学校招收中等职业学校毕业生考试（简称“3+证书”考试）定于2021年1月7-8日举行。准考证打印通道定于2020年12月31日上午10时开通，考生可登录高考报名系统（https://pg.eeagd.edu.cn/ks）下载准考证PDF文件，使用A4白色复印纸自行打印。</w:t>
      </w:r>
    </w:p>
    <w:p>
      <w:r>
        <w:t>所有考生须凭准考证及本人有效身份证（不含电子身份证）参加考试。不得用打印截图、网页等方式替代，不得在纸质准考证正、反两面进行书写、涂改或做任何标记。</w:t>
      </w:r>
    </w:p>
    <w:p>
      <w:r>
        <w:t>二、自学考试</w:t>
      </w:r>
    </w:p>
    <w:p>
      <w:r>
        <w:t>2021年1月自学考试于1月9-10日举行，准考证打印通道定于2020年12月30日上午10时开通，考生可登录广东省自学考试管理系统（https://www.eeagd.edu.cn/selfec/）自行打印。考生从【考生入口】登录后，点击左侧导航栏报考菜单的【打印准考证】按钮，下载准考证PDF文件并打印。不得用打印截图、网页等方式替代，不得在纸质准考证上（包括正面、背面）做任何标记。</w:t>
      </w:r>
    </w:p>
    <w:p>
      <w:r>
        <w:t>所有考生均须凭当期报考后网上打印的准考证及本人有效身份证（不含电子身份证）参加考试，之前发放的我省自学考试卡片式准考证不再作为参加考试的凭证。自行打印的准考证上将标明本次考试座位安排信息，建议广大考生尽早打印，妥善保管，以免影响参加考试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924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