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中共中央政治局召开会议 审议《党中央决策议事协调机构工作条例》 中共中央总书记习近平主持会议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2025-06-30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https://eea.gd.gov.cn/news/content/post_4737307.html</w:t>
        </w:r>
      </w:hyperlink>
    </w:p>
    <w:p/>
    <w:p>
      <w:r>
        <w:t>新华社北京6月30日电 中共中央政治局6月30日召开会议，审议《党中央决策议事协调机构工作条例》。中共中央总书记习近平主持会议。</w:t>
      </w:r>
    </w:p>
    <w:p>
      <w:r>
        <w:t>会议指出，设立党中央决策议事协调机构，是健全党中央对重大工作集中统一领导、推动重大任务落实的重要制度安排。制定出台《党中央决策议事协调机构工作条例》，进一步规范党中央决策议事协调机构的设立、职责和运行，对于发挥好对重大工作的顶层设计、统筹协调、整体推进、督促落实职能作用，具有重要意义。</w:t>
      </w:r>
    </w:p>
    <w:p>
      <w:r>
        <w:t>会议强调，党中央决策议事协调机构要准确把握职责定位，坚持谋大事、议大事、抓大事，对重大工作实施更为有效的统领和协调，做到统筹不代替、到位不越位。要深入调查研究，提升决策议事质效，提出切合实际、行之有效的政策举措。要力戒形式主义、官僚主义，工作务求实效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7373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