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我省2020年成人高校录取工作正式开始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https://eea.gd.gov.cn/tzgg/content/post_3141959.html</w:t>
        </w:r>
      </w:hyperlink>
    </w:p>
    <w:p/>
    <w:p>
      <w:r>
        <w:t>我省2020年成人高校录取工作于12月1日正式开始。今年成人高校招生按照三个批次即高中起点本科及专科升本科、专科脱产班、专科函授及业余班（专科非脱产班）进行录取。12月2日，高中起点本科投档录取结束，共投档4763人，录取4759人。3日，高起专脱产、专升本第一志愿投档，分别投出考生11090人、190126人。从投档情况看，高起本和专升本生源充足，大部分院校一次性投档即满档。高起本满档率达42%，专升本满档率达72%。</w:t>
      </w:r>
    </w:p>
    <w:p>
      <w:r>
        <w:t>根据招生录取日程安排，高起本、专升本将于12月4日投第二志愿、5日录取结束，专科非脱产班计划7日开始录取、10日结束。在录取过程中，我省将认真贯彻落实教育部成人高校招生工作的有关规定，全面实施成人高校招生“阳光工程”，确保招生录取工作公平公正、高效有序。</w:t>
      </w:r>
    </w:p>
    <w:p>
      <w:r>
        <w:t>广东省教育考试院</w:t>
      </w:r>
    </w:p>
    <w:p>
      <w:r>
        <w:t>2020年12月3日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48d42c4b7fa80021607e397fde75cf6690e29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48d42c4b7fa80021607e397fde75cf6690e29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a6fd9507c0638bcfb645b14818a2c2e399b0b0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a6fd9507c0638bcfb645b14818a2c2e399b0b0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6f84f53ccd0e0f97d63e40821677312811d538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6f84f53ccd0e0f97d63e40821677312811d538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87226ea56a0b8c72695fc199c83e85302f784a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87226ea56a0b8c72695fc199c83e85302f784a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8b02402bbe3d9581eaa4c5d22b695286cf1faa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8b02402bbe3d9581eaa4c5d22b695286cf1faa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5ed0faed4f313e969dffbe2b3f1628173d66b3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5ed0faed4f313e969dffbe2b3f1628173d66b3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257aa72e9be1956bc31fa9a20c79875aaff139-00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257aa72e9be1956bc31fa9a20c79875aaff139-00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f0c9923942b897b9d32d3507464aee67de9254-00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f0c9923942b897b9d32d3507464aee67de9254-00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046d16491fe93b742020135d1c583c334fa70-00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046d16491fe93b742020135d1c583c334fa70-00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14195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