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关于2023年全国联招入学考试广州考区考点安排的通知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2023-04-28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https://eea.gd.gov.cn/lhzs/content/post_4177049.html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https://eea.gd.gov.cn/tzgg/content/post_4172978.html</w:t>
        </w:r>
      </w:hyperlink>
    </w:p>
    <w:p/>
    <w:p>
      <w:r>
        <w:t>2023年全国联招入学考试将于5月20、21日进行，本次考试广州考区设立2个考点，具体安排如下：</w:t>
      </w:r>
    </w:p>
    <w:p>
      <w:r>
        <w:t>1.香港考生（文史类）安排在暨南大学（广州石牌校区）考点考试，地址：广州市天河区黄埔大道西601号，考场安排在主教学楼（具体位置见图1），联系电话：020-85227073。</w:t>
      </w:r>
    </w:p>
    <w:p>
      <w:r>
        <w:t>2.澳门考生、台湾考生、华侨考生及香港考生（理工类）安排在华南农业大学考点考试，地址：广州市天河区五山路483号，考场安排在第三教学楼（靠近五山地铁站A出口，由学校西南门入校，具体位置见图2），联系电话：020-85282135。</w:t>
      </w:r>
    </w:p>
    <w:p>
      <w:r>
        <w:t>3.考生的考场安排和座位信息详见准考证。</w:t>
      </w:r>
    </w:p>
    <w:p>
      <w:r>
        <w:t>联合招生办公室</w:t>
      </w:r>
    </w:p>
    <w:p>
      <w:r>
        <w:t>2023年4月28日</w:t>
      </w:r>
    </w:p>
    <w:p>
      <w:r>
        <w:t>图1</w:t>
      </w:r>
    </w:p>
    <w:p>
      <w:r>
        <w:t>暨南大学（广州石牌校区）地图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1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0dc7f85f5e07ec8e3a53ba51ca4c925478d95d7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1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01657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0dc7f85f5e07ec8e3a53ba51ca4c925478d95d7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0165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图2</w:t>
      </w:r>
    </w:p>
    <w:p>
      <w:r>
        <w:t>华南农业大学地图</w:t>
      </w:r>
    </w:p>
    <w:p>
      <w:r>
        <w:drawing>
          <wp:inline xmlns:a="http://schemas.openxmlformats.org/drawingml/2006/main" xmlns:pic="http://schemas.openxmlformats.org/drawingml/2006/picture">
            <wp:extent cx="6400800" cy="601465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ea52e707c0b6266de8d45b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01465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177049.html" TargetMode="External"/><Relationship Id="rId11" Type="http://schemas.openxmlformats.org/officeDocument/2006/relationships/hyperlink" Target="https://eea.gd.gov.cn/tzgg/content/post_4172978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