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https://szeb.sz.gov.cn/szzkw/zkcx/zxks/zkzy/bkcc/content/post_8949061.html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49142680a074d897f453067657d0ea0d7b752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49142680a074d897f453067657d0ea0d7b752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6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