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2018年4月广东省高等教育自学考试各专业开考课程考试时间安排表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https://szeb.sz.gov.cn/szzkw/zkcx/zxks/kkkcksap/content/post_8949610.html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/>
        </w:trP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专业代码及名称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 14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 15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A020105</w:t>
              <w:br/>
              <w:t xml:space="preserve"> 金融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A020109</w:t>
              <w:br/>
              <w:t xml:space="preserve"> 国际贸易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A020179</w:t>
              <w:br/>
              <w:t xml:space="preserve"> 会展管理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A020203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A020205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A020207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A020215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A020228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信息技术与物流管理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运输与配送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A020234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A020238</w:t>
              <w:br/>
              <w:t xml:space="preserve"> 国际旅游管理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食品营养与卫生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导游学概论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A020242</w:t>
              <w:br/>
              <w:t xml:space="preserve"> 会计电算化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A020265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采购原理与战略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采购环境与供应市场分析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A020276</w:t>
              <w:br/>
              <w:t xml:space="preserve"> 环境保护与管理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环境问题案例分析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A020313</w:t>
              <w:br/>
              <w:t xml:space="preserve"> 销售管理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A030301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A040101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教育管理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A040109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团体心理辅导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心理健康教育课程设计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A050102</w:t>
              <w:br/>
              <w:t xml:space="preserve"> 秘书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A050128</w:t>
              <w:br/>
              <w:t xml:space="preserve"> 汉语言文学教育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A050129</w:t>
              <w:br/>
              <w:t xml:space="preserve"> 商务秘书〔商务管理〕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秘书事务管理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A050226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A050301</w:t>
              <w:br/>
              <w:t xml:space="preserve"> 广告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A050303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A050436</w:t>
              <w:br/>
              <w:t xml:space="preserve"> 艺术设计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A050442</w:t>
              <w:br/>
              <w:t xml:space="preserve"> 服装设计与工程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服装生产管理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服装市场与营销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服装企业督导管理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服装品质管理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A050454</w:t>
              <w:br/>
              <w:t xml:space="preserve"> 动漫设计与制作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A080301</w:t>
              <w:br/>
              <w:t xml:space="preserve"> 机械制造及自动化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A080304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压铸模及其他模具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冷冲压工艺与模具设计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塑料成型工艺与模具设计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A080311</w:t>
              <w:br/>
              <w:t xml:space="preserve"> 农村机电工程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农村电力系统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汽车拖拉机构造原理与应用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A080602</w:t>
              <w:br/>
              <w:t xml:space="preserve"> 工业电气自动化技术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A080701</w:t>
              <w:br/>
              <w:t xml:space="preserve"> 计算机及应用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A080704</w:t>
              <w:br/>
              <w:t xml:space="preserve"> 电子技术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A080744</w:t>
              <w:br/>
              <w:t xml:space="preserve"> 数控技术应用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数控加工编程与操作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A080786</w:t>
              <w:br/>
              <w:t xml:space="preserve"> 移动商务技术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A080788</w:t>
              <w:br/>
              <w:t xml:space="preserve"> 嵌入式技术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嵌入式LINUX应用编程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A080801</w:t>
              <w:br/>
              <w:t xml:space="preserve"> 房屋建筑工程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A081310</w:t>
              <w:br/>
              <w:t xml:space="preserve"> 营养、食品与健康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基础化学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烹饪与膳食管理基础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A082207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A082217</w:t>
              <w:br/>
              <w:t xml:space="preserve"> 电子政务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A082229</w:t>
              <w:br/>
              <w:t xml:space="preserve"> 汽车服务工程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汽车电气设备与维修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A090603</w:t>
              <w:br/>
              <w:t xml:space="preserve"> 乡镇企业管理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A090604</w:t>
              <w:br/>
              <w:t xml:space="preserve"> 农村财会与审计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A100701</w:t>
              <w:br/>
              <w:t xml:space="preserve"> 护理学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B020104</w:t>
              <w:br/>
              <w:t xml:space="preserve"> 财税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外国财政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国际税收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政府预算管理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B020106</w:t>
              <w:br/>
              <w:t xml:space="preserve"> 金融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B020110</w:t>
              <w:br/>
              <w:t xml:space="preserve"> 国际贸易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B020157</w:t>
              <w:br/>
              <w:t xml:space="preserve"> 财务会计与审计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B020177</w:t>
              <w:br/>
              <w:t xml:space="preserve"> 投资理财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金融理财分析技术与技巧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B020180</w:t>
              <w:br/>
              <w:t xml:space="preserve"> 会展管理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会议运营管理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B020202</w:t>
              <w:br/>
              <w:t xml:space="preserve"> 工商企业管理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B020204</w:t>
              <w:br/>
              <w:t xml:space="preserve"> 会计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B020208</w:t>
              <w:br/>
              <w:t xml:space="preserve"> 市场营销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B020216</w:t>
              <w:br/>
              <w:t xml:space="preserve"> 电子商务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B020218</w:t>
              <w:br/>
              <w:t xml:space="preserve"> 人力资源管理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现代人员测评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人口与劳动资源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B020222</w:t>
              <w:br/>
              <w:t xml:space="preserve"> 物业管理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B020229</w:t>
              <w:br/>
              <w:t xml:space="preserve"> 物流管理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B020230</w:t>
              <w:br/>
              <w:t xml:space="preserve"> 公共事业管理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公共卫生管理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B020235</w:t>
              <w:br/>
              <w:t xml:space="preserve"> 国际旅游管理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旅游资源开发与环境保护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旅游地理学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美食与菜系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旅游饭店设备管理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B020236</w:t>
              <w:br/>
              <w:t xml:space="preserve"> 会计电算化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B020256</w:t>
              <w:br/>
              <w:t xml:space="preserve"> 项目管理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项目人力资源与沟通管理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B020277</w:t>
              <w:br/>
              <w:t xml:space="preserve"> 环境保护与管理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B020279</w:t>
              <w:br/>
              <w:t xml:space="preserve"> 工程管理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B020282</w:t>
              <w:br/>
              <w:t xml:space="preserve"> 采购与供应管理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B020309</w:t>
              <w:br/>
              <w:t xml:space="preserve"> 现代企业管理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B020314</w:t>
              <w:br/>
              <w:t xml:space="preserve"> 销售管理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销售团队管理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B030117</w:t>
              <w:br/>
              <w:t xml:space="preserve"> 法律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B030203</w:t>
              <w:br/>
              <w:t xml:space="preserve"> 社会工作与管理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中国福利思想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B030302</w:t>
              <w:br/>
              <w:t xml:space="preserve"> 行政管理学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B040102</w:t>
              <w:br/>
              <w:t xml:space="preserve"> 学前教育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学前教育科学研究与论文写作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B040107</w:t>
              <w:br/>
              <w:t xml:space="preserve"> 教育管理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B040108</w:t>
              <w:br/>
              <w:t xml:space="preserve"> 教育学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B040110</w:t>
              <w:br/>
              <w:t xml:space="preserve"> 心理健康教育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实验心理学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B040302</w:t>
              <w:br/>
              <w:t xml:space="preserve"> 体育教育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运动训练学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B050113</w:t>
              <w:br/>
              <w:t xml:space="preserve"> 汉语言文学教育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B050206</w:t>
              <w:br/>
              <w:t xml:space="preserve"> 英语教育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第二外语(法语)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B050218</w:t>
              <w:br/>
              <w:t xml:space="preserve"> 商务英语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B050302</w:t>
              <w:br/>
              <w:t xml:space="preserve"> 广告学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B050309</w:t>
              <w:br/>
              <w:t xml:space="preserve"> 公共关系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B050311</w:t>
              <w:br/>
              <w:t xml:space="preserve"> 广播电视编导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非线性编辑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电视片结构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B050408</w:t>
              <w:br/>
              <w:t xml:space="preserve"> 音乐教育</w:t>
              <w:br/>
              <w:t>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B050410</w:t>
              <w:br/>
              <w:t xml:space="preserve"> 美术教育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B050418</w:t>
              <w:br/>
              <w:t xml:space="preserve"> 数字媒体艺术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B050437</w:t>
              <w:br/>
              <w:t xml:space="preserve"> 艺术设计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B050443</w:t>
              <w:br/>
              <w:t xml:space="preserve"> 服装设计与工程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西洋服装史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服装连锁店管理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服饰流行分析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服装商品检验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服装工业工程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服装专业英语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服装市场调查与分析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数学教育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微分几何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高等代数(一)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B080324</w:t>
              <w:br/>
              <w:t xml:space="preserve"> 机械设计制造与</w:t>
              <w:br/>
              <w:t>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B080603</w:t>
              <w:br/>
              <w:t xml:space="preserve"> 工业自动化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检测与转换技术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电力电子技术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工业自动化仪表与过程控制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计算机软件基础(二)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07961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B080702</w:t>
              <w:br/>
              <w:t xml:space="preserve"> 计算机及应用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B080709</w:t>
              <w:br/>
              <w:t xml:space="preserve"> 计算机网络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B080787</w:t>
              <w:br/>
              <w:t xml:space="preserve"> 移动商务技术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B080789</w:t>
              <w:br/>
              <w:t xml:space="preserve"> 嵌入式技术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嵌入式LINUX系统开发与应用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B080806</w:t>
              <w:br/>
              <w:t xml:space="preserve"> 建筑工程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B081205</w:t>
              <w:br/>
              <w:t xml:space="preserve"> 化学工程与工艺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化工设计概论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化工仪表及自动化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化工机械基础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石油产品应用技术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加油加气站设计与管理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石油炼制工程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精细有机合成化学与工艺学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腐蚀与防腐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B081311</w:t>
              <w:br/>
              <w:t xml:space="preserve"> 营养、食品与健康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B081726</w:t>
              <w:br/>
              <w:t xml:space="preserve"> 汽车维修与检测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汽车故障分析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04912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汽车电子控制技术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汽车维修技术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B082208</w:t>
              <w:br/>
              <w:t xml:space="preserve"> 计算机信息管理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B082218</w:t>
              <w:br/>
              <w:t xml:space="preserve"> 电子政务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B082231</w:t>
              <w:br/>
              <w:t xml:space="preserve"> 工程造价管理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建筑工程合同（含FIDIC）条款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B090403</w:t>
              <w:br/>
              <w:t xml:space="preserve"> 畜牧兽医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B090624</w:t>
              <w:br/>
              <w:t xml:space="preserve"> 乡镇区域发展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乡镇经济发展调查与分析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农业推广学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B100702</w:t>
              <w:br/>
              <w:t xml:space="preserve"> 护理学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B100805</w:t>
              <w:br/>
              <w:t xml:space="preserve"> 药学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分子生物学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药物分析(三)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药事管理学(二)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药剂学(二)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药用植物与生药学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C030106</w:t>
              <w:br/>
              <w:t xml:space="preserve"> 法律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证据法学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C030112</w:t>
              <w:br/>
              <w:t xml:space="preserve"> 法律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C050105</w:t>
              <w:br/>
              <w:t xml:space="preserve"> 汉语言文学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C050114</w:t>
              <w:br/>
              <w:t xml:space="preserve"> 汉语言文学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C050125</w:t>
              <w:br/>
              <w:t xml:space="preserve"> 商务秘书〔商务管理〕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历代应用文选读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秘书外事管理实务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国际商务法律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C050201</w:t>
              <w:br/>
              <w:t xml:space="preserve"> 英语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C050202</w:t>
              <w:br/>
              <w:t xml:space="preserve"> 日语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C050207</w:t>
              <w:br/>
              <w:t xml:space="preserve"> 英语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C050208</w:t>
              <w:br/>
              <w:t xml:space="preserve"> 日语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C050305</w:t>
              <w:br/>
              <w:t xml:space="preserve"> 新闻学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