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https://szeb.sz.gov.cn/szzkw/zkcx/zxks/zkzy/zkcc/content/post_8949032.html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e9ff6343fe428c6b3c100540693d5548807a0b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e9ff6343fe428c6b3c100540693d5548807a0b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3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